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C4C74" w14:textId="6BF0D069" w:rsidR="003372BD" w:rsidRDefault="00CD34BB">
      <w:pPr>
        <w:spacing w:line="240" w:lineRule="auto"/>
        <w:jc w:val="center"/>
        <w:rPr>
          <w:rFonts w:hint="eastAsia"/>
        </w:rPr>
      </w:pPr>
      <w:r>
        <w:rPr>
          <w:b/>
          <w:noProof/>
          <w:color w:val="2F6B4F"/>
          <w:sz w:val="33"/>
        </w:rPr>
        <w:drawing>
          <wp:anchor distT="0" distB="0" distL="114300" distR="114300" simplePos="0" relativeHeight="251658240" behindDoc="1" locked="0" layoutInCell="1" allowOverlap="1" wp14:anchorId="10783652" wp14:editId="5ACA6AAB">
            <wp:simplePos x="0" y="0"/>
            <wp:positionH relativeFrom="column">
              <wp:posOffset>142875</wp:posOffset>
            </wp:positionH>
            <wp:positionV relativeFrom="paragraph">
              <wp:posOffset>-185420</wp:posOffset>
            </wp:positionV>
            <wp:extent cx="655320" cy="616079"/>
            <wp:effectExtent l="0" t="0" r="0" b="0"/>
            <wp:wrapNone/>
            <wp:docPr id="111388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8011" name="Picture 111388011"/>
                    <pic:cNvPicPr/>
                  </pic:nvPicPr>
                  <pic:blipFill>
                    <a:blip r:embed="rId8"/>
                    <a:stretch>
                      <a:fillRect/>
                    </a:stretch>
                  </pic:blipFill>
                  <pic:spPr>
                    <a:xfrm>
                      <a:off x="0" y="0"/>
                      <a:ext cx="655320" cy="616079"/>
                    </a:xfrm>
                    <a:prstGeom prst="rect">
                      <a:avLst/>
                    </a:prstGeom>
                  </pic:spPr>
                </pic:pic>
              </a:graphicData>
            </a:graphic>
            <wp14:sizeRelH relativeFrom="page">
              <wp14:pctWidth>0</wp14:pctWidth>
            </wp14:sizeRelH>
            <wp14:sizeRelV relativeFrom="page">
              <wp14:pctHeight>0</wp14:pctHeight>
            </wp14:sizeRelV>
          </wp:anchor>
        </w:drawing>
      </w:r>
      <w:r w:rsidR="00000000">
        <w:rPr>
          <w:b/>
          <w:color w:val="2F6B4F"/>
          <w:sz w:val="33"/>
        </w:rPr>
        <w:t>NOTIFICARE DE ÎNREGISTRARE</w:t>
      </w:r>
    </w:p>
    <w:p w14:paraId="5BEDE910" w14:textId="77777777" w:rsidR="003372BD" w:rsidRDefault="00000000">
      <w:pPr>
        <w:spacing w:after="40" w:line="240" w:lineRule="auto"/>
        <w:jc w:val="center"/>
        <w:rPr>
          <w:rFonts w:hint="eastAsia"/>
        </w:rPr>
      </w:pPr>
      <w:r>
        <w:rPr>
          <w:b/>
          <w:color w:val="23312B"/>
          <w:sz w:val="21"/>
        </w:rPr>
        <w:t>în sistemul informațional al Sistemului de Depozit pentru Ambalaje (SDA)</w:t>
      </w:r>
    </w:p>
    <w:p w14:paraId="5112EC5E" w14:textId="081EF41E" w:rsidR="003372BD" w:rsidRDefault="00000000">
      <w:pPr>
        <w:spacing w:after="100" w:line="240" w:lineRule="auto"/>
        <w:jc w:val="center"/>
        <w:rPr>
          <w:rFonts w:hint="eastAsia"/>
        </w:rPr>
      </w:pPr>
      <w:r>
        <w:rPr>
          <w:b/>
          <w:color w:val="2F6B4F"/>
          <w:sz w:val="22"/>
        </w:rPr>
        <w:t>FORMULAR PENTRU PRODUCĂTORI</w:t>
      </w:r>
      <w:r w:rsidR="00946334">
        <w:rPr>
          <w:b/>
          <w:color w:val="2F6B4F"/>
          <w:sz w:val="22"/>
        </w:rPr>
        <w:t xml:space="preserve"> / IMPORTATORI</w:t>
      </w:r>
    </w:p>
    <w:tbl>
      <w:tblPr>
        <w:tblW w:w="0" w:type="auto"/>
        <w:jc w:val="center"/>
        <w:tblBorders>
          <w:top w:val="single" w:sz="6" w:space="0" w:color="B6CFC1"/>
          <w:left w:val="single" w:sz="6" w:space="0" w:color="B6CFC1"/>
          <w:bottom w:val="single" w:sz="6" w:space="0" w:color="B6CFC1"/>
          <w:right w:val="single" w:sz="6" w:space="0" w:color="B6CFC1"/>
          <w:insideH w:val="single" w:sz="6" w:space="0" w:color="B6CFC1"/>
          <w:insideV w:val="single" w:sz="6" w:space="0" w:color="B6CFC1"/>
        </w:tblBorders>
        <w:tblLayout w:type="fixed"/>
        <w:tblLook w:val="04A0" w:firstRow="1" w:lastRow="0" w:firstColumn="1" w:lastColumn="0" w:noHBand="0" w:noVBand="1"/>
      </w:tblPr>
      <w:tblGrid>
        <w:gridCol w:w="10482"/>
      </w:tblGrid>
      <w:tr w:rsidR="003372BD" w14:paraId="2A66F9BC" w14:textId="77777777">
        <w:trPr>
          <w:jc w:val="center"/>
        </w:trPr>
        <w:tc>
          <w:tcPr>
            <w:tcW w:w="10482" w:type="dxa"/>
            <w:shd w:val="clear" w:color="auto" w:fill="EAF4EF"/>
            <w:tcMar>
              <w:top w:w="85" w:type="dxa"/>
              <w:left w:w="130" w:type="dxa"/>
              <w:bottom w:w="85" w:type="dxa"/>
              <w:right w:w="130" w:type="dxa"/>
            </w:tcMar>
          </w:tcPr>
          <w:p w14:paraId="5E02BF05" w14:textId="77777777" w:rsidR="003372BD" w:rsidRDefault="00000000">
            <w:pPr>
              <w:spacing w:after="0" w:line="252" w:lineRule="auto"/>
              <w:rPr>
                <w:rFonts w:hint="eastAsia"/>
              </w:rPr>
            </w:pPr>
            <w:r>
              <w:rPr>
                <w:color w:val="23312B"/>
                <w:sz w:val="17"/>
              </w:rPr>
              <w:t>Temei: pct. 15–19 din Regulamentul privind implementarea Sistemului de depozit pentru ambalaje, aprobat prin HG nr. 379/2025. Notificarea se transmite administratorului SDA în format digital și se semnează cu semnătură electronică.</w:t>
            </w:r>
          </w:p>
        </w:tc>
      </w:tr>
    </w:tbl>
    <w:p w14:paraId="4B876FBF" w14:textId="77777777" w:rsidR="003372BD" w:rsidRDefault="003372BD">
      <w:pPr>
        <w:spacing w:after="0"/>
        <w:rPr>
          <w:rFonts w:hint="eastAsia"/>
        </w:rPr>
      </w:pPr>
    </w:p>
    <w:p w14:paraId="25D6D30C" w14:textId="58F470C0" w:rsidR="003372BD" w:rsidRDefault="00000000">
      <w:pPr>
        <w:spacing w:before="40" w:after="40" w:line="240" w:lineRule="auto"/>
        <w:rPr>
          <w:rFonts w:hint="eastAsia"/>
        </w:rPr>
      </w:pPr>
      <w:r>
        <w:rPr>
          <w:b/>
          <w:color w:val="2F6B4F"/>
          <w:sz w:val="21"/>
        </w:rPr>
        <w:t>1. DATELE DE IDENTIFICARE ALE PRODUCĂTORULUI</w:t>
      </w:r>
      <w:r w:rsidR="00946334">
        <w:rPr>
          <w:b/>
          <w:color w:val="2F6B4F"/>
          <w:sz w:val="21"/>
        </w:rPr>
        <w:t xml:space="preserve"> / IMPORTATORULUI</w:t>
      </w:r>
    </w:p>
    <w:tbl>
      <w:tblPr>
        <w:tblW w:w="0" w:type="auto"/>
        <w:jc w:val="center"/>
        <w:tblBorders>
          <w:top w:val="single" w:sz="5" w:space="0" w:color="9AA8A1"/>
          <w:left w:val="single" w:sz="5" w:space="0" w:color="9AA8A1"/>
          <w:bottom w:val="single" w:sz="5" w:space="0" w:color="9AA8A1"/>
          <w:right w:val="single" w:sz="5" w:space="0" w:color="9AA8A1"/>
          <w:insideH w:val="single" w:sz="5" w:space="0" w:color="9AA8A1"/>
          <w:insideV w:val="single" w:sz="5" w:space="0" w:color="9AA8A1"/>
        </w:tblBorders>
        <w:tblLayout w:type="fixed"/>
        <w:tblLook w:val="04A0" w:firstRow="1" w:lastRow="0" w:firstColumn="1" w:lastColumn="0" w:noHBand="0" w:noVBand="1"/>
      </w:tblPr>
      <w:tblGrid>
        <w:gridCol w:w="3402"/>
        <w:gridCol w:w="6577"/>
      </w:tblGrid>
      <w:tr w:rsidR="003372BD" w14:paraId="1ADB0B30" w14:textId="77777777">
        <w:trPr>
          <w:jc w:val="center"/>
        </w:trPr>
        <w:tc>
          <w:tcPr>
            <w:tcW w:w="3402" w:type="dxa"/>
            <w:shd w:val="clear" w:color="auto" w:fill="F4F5F4"/>
            <w:tcMar>
              <w:top w:w="62" w:type="dxa"/>
              <w:left w:w="100" w:type="dxa"/>
              <w:bottom w:w="62" w:type="dxa"/>
              <w:right w:w="100" w:type="dxa"/>
            </w:tcMar>
            <w:vAlign w:val="center"/>
          </w:tcPr>
          <w:p w14:paraId="3D6B32F9" w14:textId="77777777" w:rsidR="003372BD" w:rsidRDefault="00000000">
            <w:pPr>
              <w:spacing w:after="0" w:line="240" w:lineRule="auto"/>
              <w:rPr>
                <w:rFonts w:hint="eastAsia"/>
              </w:rPr>
            </w:pPr>
            <w:r>
              <w:rPr>
                <w:b/>
                <w:color w:val="23312B"/>
                <w:sz w:val="17"/>
              </w:rPr>
              <w:t xml:space="preserve">Denumirea completă </w:t>
            </w:r>
            <w:proofErr w:type="gramStart"/>
            <w:r>
              <w:rPr>
                <w:b/>
                <w:color w:val="23312B"/>
                <w:sz w:val="17"/>
              </w:rPr>
              <w:t>a</w:t>
            </w:r>
            <w:proofErr w:type="gramEnd"/>
            <w:r>
              <w:rPr>
                <w:b/>
                <w:color w:val="23312B"/>
                <w:sz w:val="17"/>
              </w:rPr>
              <w:t xml:space="preserve"> operatorului economic</w:t>
            </w:r>
          </w:p>
        </w:tc>
        <w:tc>
          <w:tcPr>
            <w:tcW w:w="6577" w:type="dxa"/>
            <w:tcMar>
              <w:top w:w="62" w:type="dxa"/>
              <w:left w:w="100" w:type="dxa"/>
              <w:bottom w:w="62" w:type="dxa"/>
              <w:right w:w="100" w:type="dxa"/>
            </w:tcMar>
            <w:vAlign w:val="center"/>
          </w:tcPr>
          <w:p w14:paraId="548F5C76" w14:textId="77777777" w:rsidR="003372BD" w:rsidRDefault="00000000">
            <w:pPr>
              <w:spacing w:after="0" w:line="240" w:lineRule="auto"/>
              <w:rPr>
                <w:rFonts w:hint="eastAsia"/>
              </w:rPr>
            </w:pPr>
            <w:r>
              <w:rPr>
                <w:color w:val="666666"/>
                <w:sz w:val="18"/>
              </w:rPr>
              <w:t>____________________________________________</w:t>
            </w:r>
          </w:p>
        </w:tc>
      </w:tr>
      <w:tr w:rsidR="003372BD" w14:paraId="763E67F6" w14:textId="77777777">
        <w:trPr>
          <w:jc w:val="center"/>
        </w:trPr>
        <w:tc>
          <w:tcPr>
            <w:tcW w:w="3402" w:type="dxa"/>
            <w:shd w:val="clear" w:color="auto" w:fill="F4F5F4"/>
            <w:tcMar>
              <w:top w:w="62" w:type="dxa"/>
              <w:left w:w="100" w:type="dxa"/>
              <w:bottom w:w="62" w:type="dxa"/>
              <w:right w:w="100" w:type="dxa"/>
            </w:tcMar>
            <w:vAlign w:val="center"/>
          </w:tcPr>
          <w:p w14:paraId="6048EEA0" w14:textId="77777777" w:rsidR="003372BD" w:rsidRDefault="00000000">
            <w:pPr>
              <w:spacing w:after="0" w:line="240" w:lineRule="auto"/>
              <w:rPr>
                <w:rFonts w:hint="eastAsia"/>
              </w:rPr>
            </w:pPr>
            <w:r>
              <w:rPr>
                <w:b/>
                <w:color w:val="23312B"/>
                <w:sz w:val="17"/>
              </w:rPr>
              <w:t>Forma juridică</w:t>
            </w:r>
          </w:p>
        </w:tc>
        <w:tc>
          <w:tcPr>
            <w:tcW w:w="6577" w:type="dxa"/>
            <w:tcMar>
              <w:top w:w="62" w:type="dxa"/>
              <w:left w:w="100" w:type="dxa"/>
              <w:bottom w:w="62" w:type="dxa"/>
              <w:right w:w="100" w:type="dxa"/>
            </w:tcMar>
            <w:vAlign w:val="center"/>
          </w:tcPr>
          <w:p w14:paraId="68F7672F" w14:textId="77777777" w:rsidR="003372BD" w:rsidRDefault="00000000">
            <w:pPr>
              <w:spacing w:after="0" w:line="240" w:lineRule="auto"/>
              <w:rPr>
                <w:rFonts w:hint="eastAsia"/>
              </w:rPr>
            </w:pPr>
            <w:r>
              <w:rPr>
                <w:color w:val="666666"/>
                <w:sz w:val="18"/>
              </w:rPr>
              <w:t>____________________________________________</w:t>
            </w:r>
          </w:p>
        </w:tc>
      </w:tr>
      <w:tr w:rsidR="003372BD" w14:paraId="4C650C21" w14:textId="77777777">
        <w:trPr>
          <w:jc w:val="center"/>
        </w:trPr>
        <w:tc>
          <w:tcPr>
            <w:tcW w:w="3402" w:type="dxa"/>
            <w:shd w:val="clear" w:color="auto" w:fill="F4F5F4"/>
            <w:tcMar>
              <w:top w:w="62" w:type="dxa"/>
              <w:left w:w="100" w:type="dxa"/>
              <w:bottom w:w="62" w:type="dxa"/>
              <w:right w:w="100" w:type="dxa"/>
            </w:tcMar>
            <w:vAlign w:val="center"/>
          </w:tcPr>
          <w:p w14:paraId="53274C2A" w14:textId="77777777" w:rsidR="003372BD" w:rsidRDefault="00000000">
            <w:pPr>
              <w:spacing w:after="0" w:line="240" w:lineRule="auto"/>
              <w:rPr>
                <w:rFonts w:hint="eastAsia"/>
              </w:rPr>
            </w:pPr>
            <w:r>
              <w:rPr>
                <w:b/>
                <w:color w:val="23312B"/>
                <w:sz w:val="17"/>
              </w:rPr>
              <w:t>IDNO / cod fiscal</w:t>
            </w:r>
          </w:p>
        </w:tc>
        <w:tc>
          <w:tcPr>
            <w:tcW w:w="6577" w:type="dxa"/>
            <w:tcMar>
              <w:top w:w="62" w:type="dxa"/>
              <w:left w:w="100" w:type="dxa"/>
              <w:bottom w:w="62" w:type="dxa"/>
              <w:right w:w="100" w:type="dxa"/>
            </w:tcMar>
            <w:vAlign w:val="center"/>
          </w:tcPr>
          <w:p w14:paraId="25A1D495" w14:textId="77777777" w:rsidR="003372BD" w:rsidRDefault="00000000">
            <w:pPr>
              <w:spacing w:after="0" w:line="240" w:lineRule="auto"/>
              <w:rPr>
                <w:rFonts w:hint="eastAsia"/>
              </w:rPr>
            </w:pPr>
            <w:r>
              <w:rPr>
                <w:color w:val="666666"/>
                <w:sz w:val="18"/>
              </w:rPr>
              <w:t>____________________________________________</w:t>
            </w:r>
          </w:p>
        </w:tc>
      </w:tr>
      <w:tr w:rsidR="003372BD" w14:paraId="310EBF0C" w14:textId="77777777">
        <w:trPr>
          <w:jc w:val="center"/>
        </w:trPr>
        <w:tc>
          <w:tcPr>
            <w:tcW w:w="3402" w:type="dxa"/>
            <w:shd w:val="clear" w:color="auto" w:fill="F4F5F4"/>
            <w:tcMar>
              <w:top w:w="62" w:type="dxa"/>
              <w:left w:w="100" w:type="dxa"/>
              <w:bottom w:w="62" w:type="dxa"/>
              <w:right w:w="100" w:type="dxa"/>
            </w:tcMar>
            <w:vAlign w:val="center"/>
          </w:tcPr>
          <w:p w14:paraId="5B8F2A13" w14:textId="77777777" w:rsidR="003372BD" w:rsidRDefault="00000000">
            <w:pPr>
              <w:spacing w:after="0" w:line="240" w:lineRule="auto"/>
              <w:rPr>
                <w:rFonts w:hint="eastAsia"/>
              </w:rPr>
            </w:pPr>
            <w:r>
              <w:rPr>
                <w:b/>
                <w:color w:val="23312B"/>
                <w:sz w:val="17"/>
              </w:rPr>
              <w:t>Nr. și data înregistrării la Agenția Servicii Publice</w:t>
            </w:r>
          </w:p>
        </w:tc>
        <w:tc>
          <w:tcPr>
            <w:tcW w:w="6577" w:type="dxa"/>
            <w:tcMar>
              <w:top w:w="62" w:type="dxa"/>
              <w:left w:w="100" w:type="dxa"/>
              <w:bottom w:w="62" w:type="dxa"/>
              <w:right w:w="100" w:type="dxa"/>
            </w:tcMar>
            <w:vAlign w:val="center"/>
          </w:tcPr>
          <w:p w14:paraId="1E4DFDCF" w14:textId="77777777" w:rsidR="003372BD" w:rsidRDefault="00000000">
            <w:pPr>
              <w:spacing w:after="0" w:line="240" w:lineRule="auto"/>
              <w:rPr>
                <w:rFonts w:hint="eastAsia"/>
              </w:rPr>
            </w:pPr>
            <w:r>
              <w:rPr>
                <w:color w:val="666666"/>
                <w:sz w:val="18"/>
              </w:rPr>
              <w:t>Nr. __________  Data ____ / ____ / ______</w:t>
            </w:r>
          </w:p>
        </w:tc>
      </w:tr>
      <w:tr w:rsidR="003372BD" w14:paraId="24375B77" w14:textId="77777777">
        <w:trPr>
          <w:jc w:val="center"/>
        </w:trPr>
        <w:tc>
          <w:tcPr>
            <w:tcW w:w="3402" w:type="dxa"/>
            <w:shd w:val="clear" w:color="auto" w:fill="F4F5F4"/>
            <w:tcMar>
              <w:top w:w="62" w:type="dxa"/>
              <w:left w:w="100" w:type="dxa"/>
              <w:bottom w:w="62" w:type="dxa"/>
              <w:right w:w="100" w:type="dxa"/>
            </w:tcMar>
            <w:vAlign w:val="center"/>
          </w:tcPr>
          <w:p w14:paraId="1DC408D3" w14:textId="77777777" w:rsidR="003372BD" w:rsidRDefault="00000000">
            <w:pPr>
              <w:spacing w:after="0" w:line="240" w:lineRule="auto"/>
              <w:rPr>
                <w:rFonts w:hint="eastAsia"/>
              </w:rPr>
            </w:pPr>
            <w:r>
              <w:rPr>
                <w:b/>
                <w:color w:val="23312B"/>
                <w:sz w:val="17"/>
              </w:rPr>
              <w:t>Sediul juridic</w:t>
            </w:r>
          </w:p>
        </w:tc>
        <w:tc>
          <w:tcPr>
            <w:tcW w:w="6577" w:type="dxa"/>
            <w:tcMar>
              <w:top w:w="62" w:type="dxa"/>
              <w:left w:w="100" w:type="dxa"/>
              <w:bottom w:w="62" w:type="dxa"/>
              <w:right w:w="100" w:type="dxa"/>
            </w:tcMar>
            <w:vAlign w:val="center"/>
          </w:tcPr>
          <w:p w14:paraId="04935BDA" w14:textId="77777777" w:rsidR="003372BD" w:rsidRDefault="00000000">
            <w:pPr>
              <w:spacing w:after="0" w:line="240" w:lineRule="auto"/>
              <w:rPr>
                <w:rFonts w:hint="eastAsia"/>
              </w:rPr>
            </w:pPr>
            <w:r>
              <w:rPr>
                <w:color w:val="666666"/>
                <w:sz w:val="18"/>
              </w:rPr>
              <w:t>____________________________________________</w:t>
            </w:r>
          </w:p>
        </w:tc>
      </w:tr>
      <w:tr w:rsidR="003372BD" w14:paraId="2C449ED7" w14:textId="77777777">
        <w:trPr>
          <w:jc w:val="center"/>
        </w:trPr>
        <w:tc>
          <w:tcPr>
            <w:tcW w:w="3402" w:type="dxa"/>
            <w:shd w:val="clear" w:color="auto" w:fill="F4F5F4"/>
            <w:tcMar>
              <w:top w:w="62" w:type="dxa"/>
              <w:left w:w="100" w:type="dxa"/>
              <w:bottom w:w="62" w:type="dxa"/>
              <w:right w:w="100" w:type="dxa"/>
            </w:tcMar>
            <w:vAlign w:val="center"/>
          </w:tcPr>
          <w:p w14:paraId="7ABCB094" w14:textId="77777777" w:rsidR="003372BD" w:rsidRDefault="00000000">
            <w:pPr>
              <w:spacing w:after="0" w:line="240" w:lineRule="auto"/>
              <w:rPr>
                <w:rFonts w:hint="eastAsia"/>
              </w:rPr>
            </w:pPr>
            <w:r>
              <w:rPr>
                <w:b/>
                <w:color w:val="23312B"/>
                <w:sz w:val="17"/>
              </w:rPr>
              <w:t>Reprezentant legal (nume, prenume, funcție)</w:t>
            </w:r>
          </w:p>
        </w:tc>
        <w:tc>
          <w:tcPr>
            <w:tcW w:w="6577" w:type="dxa"/>
            <w:tcMar>
              <w:top w:w="62" w:type="dxa"/>
              <w:left w:w="100" w:type="dxa"/>
              <w:bottom w:w="62" w:type="dxa"/>
              <w:right w:w="100" w:type="dxa"/>
            </w:tcMar>
            <w:vAlign w:val="center"/>
          </w:tcPr>
          <w:p w14:paraId="33CF217E" w14:textId="77777777" w:rsidR="003372BD" w:rsidRDefault="00000000">
            <w:pPr>
              <w:spacing w:after="0" w:line="240" w:lineRule="auto"/>
              <w:rPr>
                <w:rFonts w:hint="eastAsia"/>
              </w:rPr>
            </w:pPr>
            <w:r>
              <w:rPr>
                <w:color w:val="666666"/>
                <w:sz w:val="18"/>
              </w:rPr>
              <w:t>____________________________________________</w:t>
            </w:r>
          </w:p>
        </w:tc>
      </w:tr>
    </w:tbl>
    <w:p w14:paraId="5F8E5D32" w14:textId="77777777" w:rsidR="003372BD" w:rsidRDefault="00000000">
      <w:pPr>
        <w:spacing w:before="40" w:after="40" w:line="240" w:lineRule="auto"/>
        <w:rPr>
          <w:rFonts w:hint="eastAsia"/>
        </w:rPr>
      </w:pPr>
      <w:r>
        <w:rPr>
          <w:b/>
          <w:color w:val="2F6B4F"/>
          <w:sz w:val="21"/>
        </w:rPr>
        <w:t>2. PERSOANA DE CONTACT DESEMNATĂ ÎN RELAȚIA CU ADMINISTRATORUL SDA</w:t>
      </w:r>
    </w:p>
    <w:tbl>
      <w:tblPr>
        <w:tblW w:w="0" w:type="auto"/>
        <w:jc w:val="center"/>
        <w:tblBorders>
          <w:top w:val="single" w:sz="5" w:space="0" w:color="9AA8A1"/>
          <w:left w:val="single" w:sz="5" w:space="0" w:color="9AA8A1"/>
          <w:bottom w:val="single" w:sz="5" w:space="0" w:color="9AA8A1"/>
          <w:right w:val="single" w:sz="5" w:space="0" w:color="9AA8A1"/>
          <w:insideH w:val="single" w:sz="5" w:space="0" w:color="9AA8A1"/>
          <w:insideV w:val="single" w:sz="5" w:space="0" w:color="9AA8A1"/>
        </w:tblBorders>
        <w:tblLayout w:type="fixed"/>
        <w:tblLook w:val="04A0" w:firstRow="1" w:lastRow="0" w:firstColumn="1" w:lastColumn="0" w:noHBand="0" w:noVBand="1"/>
      </w:tblPr>
      <w:tblGrid>
        <w:gridCol w:w="3402"/>
        <w:gridCol w:w="6577"/>
      </w:tblGrid>
      <w:tr w:rsidR="003372BD" w14:paraId="1CB4CAF1" w14:textId="77777777">
        <w:trPr>
          <w:jc w:val="center"/>
        </w:trPr>
        <w:tc>
          <w:tcPr>
            <w:tcW w:w="3402" w:type="dxa"/>
            <w:shd w:val="clear" w:color="auto" w:fill="F4F5F4"/>
            <w:tcMar>
              <w:top w:w="62" w:type="dxa"/>
              <w:left w:w="100" w:type="dxa"/>
              <w:bottom w:w="62" w:type="dxa"/>
              <w:right w:w="100" w:type="dxa"/>
            </w:tcMar>
            <w:vAlign w:val="center"/>
          </w:tcPr>
          <w:p w14:paraId="739A1EC1" w14:textId="77777777" w:rsidR="003372BD" w:rsidRDefault="00000000">
            <w:pPr>
              <w:spacing w:after="0" w:line="240" w:lineRule="auto"/>
              <w:rPr>
                <w:rFonts w:hint="eastAsia"/>
              </w:rPr>
            </w:pPr>
            <w:r>
              <w:rPr>
                <w:b/>
                <w:color w:val="23312B"/>
                <w:sz w:val="17"/>
              </w:rPr>
              <w:t>Nume și prenume</w:t>
            </w:r>
          </w:p>
        </w:tc>
        <w:tc>
          <w:tcPr>
            <w:tcW w:w="6577" w:type="dxa"/>
            <w:tcMar>
              <w:top w:w="62" w:type="dxa"/>
              <w:left w:w="100" w:type="dxa"/>
              <w:bottom w:w="62" w:type="dxa"/>
              <w:right w:w="100" w:type="dxa"/>
            </w:tcMar>
            <w:vAlign w:val="center"/>
          </w:tcPr>
          <w:p w14:paraId="7A9AB8E9" w14:textId="77777777" w:rsidR="003372BD" w:rsidRDefault="00000000">
            <w:pPr>
              <w:spacing w:after="0" w:line="240" w:lineRule="auto"/>
              <w:rPr>
                <w:rFonts w:hint="eastAsia"/>
              </w:rPr>
            </w:pPr>
            <w:r>
              <w:rPr>
                <w:color w:val="666666"/>
                <w:sz w:val="18"/>
              </w:rPr>
              <w:t>____________________________________________</w:t>
            </w:r>
          </w:p>
        </w:tc>
      </w:tr>
      <w:tr w:rsidR="003372BD" w14:paraId="3541D1A1" w14:textId="77777777">
        <w:trPr>
          <w:jc w:val="center"/>
        </w:trPr>
        <w:tc>
          <w:tcPr>
            <w:tcW w:w="3402" w:type="dxa"/>
            <w:shd w:val="clear" w:color="auto" w:fill="F4F5F4"/>
            <w:tcMar>
              <w:top w:w="62" w:type="dxa"/>
              <w:left w:w="100" w:type="dxa"/>
              <w:bottom w:w="62" w:type="dxa"/>
              <w:right w:w="100" w:type="dxa"/>
            </w:tcMar>
            <w:vAlign w:val="center"/>
          </w:tcPr>
          <w:p w14:paraId="5EDA429C" w14:textId="77777777" w:rsidR="003372BD" w:rsidRDefault="00000000">
            <w:pPr>
              <w:spacing w:after="0" w:line="240" w:lineRule="auto"/>
              <w:rPr>
                <w:rFonts w:hint="eastAsia"/>
              </w:rPr>
            </w:pPr>
            <w:r>
              <w:rPr>
                <w:b/>
                <w:color w:val="23312B"/>
                <w:sz w:val="17"/>
              </w:rPr>
              <w:t>Funcția</w:t>
            </w:r>
          </w:p>
        </w:tc>
        <w:tc>
          <w:tcPr>
            <w:tcW w:w="6577" w:type="dxa"/>
            <w:tcMar>
              <w:top w:w="62" w:type="dxa"/>
              <w:left w:w="100" w:type="dxa"/>
              <w:bottom w:w="62" w:type="dxa"/>
              <w:right w:w="100" w:type="dxa"/>
            </w:tcMar>
            <w:vAlign w:val="center"/>
          </w:tcPr>
          <w:p w14:paraId="763A4A50" w14:textId="77777777" w:rsidR="003372BD" w:rsidRDefault="00000000">
            <w:pPr>
              <w:spacing w:after="0" w:line="240" w:lineRule="auto"/>
              <w:rPr>
                <w:rFonts w:hint="eastAsia"/>
              </w:rPr>
            </w:pPr>
            <w:r>
              <w:rPr>
                <w:color w:val="666666"/>
                <w:sz w:val="18"/>
              </w:rPr>
              <w:t>____________________________________________</w:t>
            </w:r>
          </w:p>
        </w:tc>
      </w:tr>
      <w:tr w:rsidR="003372BD" w14:paraId="21F51CEB" w14:textId="77777777">
        <w:trPr>
          <w:jc w:val="center"/>
        </w:trPr>
        <w:tc>
          <w:tcPr>
            <w:tcW w:w="3402" w:type="dxa"/>
            <w:shd w:val="clear" w:color="auto" w:fill="F4F5F4"/>
            <w:tcMar>
              <w:top w:w="62" w:type="dxa"/>
              <w:left w:w="100" w:type="dxa"/>
              <w:bottom w:w="62" w:type="dxa"/>
              <w:right w:w="100" w:type="dxa"/>
            </w:tcMar>
            <w:vAlign w:val="center"/>
          </w:tcPr>
          <w:p w14:paraId="3913DCFD" w14:textId="77777777" w:rsidR="003372BD" w:rsidRDefault="00000000">
            <w:pPr>
              <w:spacing w:after="0" w:line="240" w:lineRule="auto"/>
              <w:rPr>
                <w:rFonts w:hint="eastAsia"/>
              </w:rPr>
            </w:pPr>
            <w:r>
              <w:rPr>
                <w:b/>
                <w:color w:val="23312B"/>
                <w:sz w:val="17"/>
              </w:rPr>
              <w:t>Număr de telefon</w:t>
            </w:r>
          </w:p>
        </w:tc>
        <w:tc>
          <w:tcPr>
            <w:tcW w:w="6577" w:type="dxa"/>
            <w:tcMar>
              <w:top w:w="62" w:type="dxa"/>
              <w:left w:w="100" w:type="dxa"/>
              <w:bottom w:w="62" w:type="dxa"/>
              <w:right w:w="100" w:type="dxa"/>
            </w:tcMar>
            <w:vAlign w:val="center"/>
          </w:tcPr>
          <w:p w14:paraId="4A11A509" w14:textId="77777777" w:rsidR="003372BD" w:rsidRDefault="00000000">
            <w:pPr>
              <w:spacing w:after="0" w:line="240" w:lineRule="auto"/>
              <w:rPr>
                <w:rFonts w:hint="eastAsia"/>
              </w:rPr>
            </w:pPr>
            <w:r>
              <w:rPr>
                <w:color w:val="666666"/>
                <w:sz w:val="18"/>
              </w:rPr>
              <w:t>____________________________________________</w:t>
            </w:r>
          </w:p>
        </w:tc>
      </w:tr>
      <w:tr w:rsidR="003372BD" w14:paraId="5AA2BCAE" w14:textId="77777777">
        <w:trPr>
          <w:jc w:val="center"/>
        </w:trPr>
        <w:tc>
          <w:tcPr>
            <w:tcW w:w="3402" w:type="dxa"/>
            <w:shd w:val="clear" w:color="auto" w:fill="F4F5F4"/>
            <w:tcMar>
              <w:top w:w="62" w:type="dxa"/>
              <w:left w:w="100" w:type="dxa"/>
              <w:bottom w:w="62" w:type="dxa"/>
              <w:right w:w="100" w:type="dxa"/>
            </w:tcMar>
            <w:vAlign w:val="center"/>
          </w:tcPr>
          <w:p w14:paraId="53632442" w14:textId="77777777" w:rsidR="003372BD" w:rsidRDefault="00000000">
            <w:pPr>
              <w:spacing w:after="0" w:line="240" w:lineRule="auto"/>
              <w:rPr>
                <w:rFonts w:hint="eastAsia"/>
              </w:rPr>
            </w:pPr>
            <w:r>
              <w:rPr>
                <w:b/>
                <w:color w:val="23312B"/>
                <w:sz w:val="17"/>
              </w:rPr>
              <w:t>Adresa de e-mail</w:t>
            </w:r>
          </w:p>
        </w:tc>
        <w:tc>
          <w:tcPr>
            <w:tcW w:w="6577" w:type="dxa"/>
            <w:tcMar>
              <w:top w:w="62" w:type="dxa"/>
              <w:left w:w="100" w:type="dxa"/>
              <w:bottom w:w="62" w:type="dxa"/>
              <w:right w:w="100" w:type="dxa"/>
            </w:tcMar>
            <w:vAlign w:val="center"/>
          </w:tcPr>
          <w:p w14:paraId="1D72DD5B" w14:textId="77777777" w:rsidR="003372BD" w:rsidRDefault="00000000">
            <w:pPr>
              <w:spacing w:after="0" w:line="240" w:lineRule="auto"/>
              <w:rPr>
                <w:rFonts w:hint="eastAsia"/>
              </w:rPr>
            </w:pPr>
            <w:r>
              <w:rPr>
                <w:color w:val="666666"/>
                <w:sz w:val="18"/>
              </w:rPr>
              <w:t>____________________________________________</w:t>
            </w:r>
          </w:p>
        </w:tc>
      </w:tr>
    </w:tbl>
    <w:p w14:paraId="302D4A23" w14:textId="77777777" w:rsidR="003372BD" w:rsidRDefault="00000000">
      <w:pPr>
        <w:spacing w:before="40" w:after="40" w:line="240" w:lineRule="auto"/>
        <w:rPr>
          <w:rFonts w:hint="eastAsia"/>
        </w:rPr>
      </w:pPr>
      <w:r>
        <w:rPr>
          <w:b/>
          <w:color w:val="2F6B4F"/>
          <w:sz w:val="21"/>
        </w:rPr>
        <w:t>3. DOCUMENTE ANEXATE</w:t>
      </w:r>
    </w:p>
    <w:p w14:paraId="5481DBE8" w14:textId="77777777" w:rsidR="003372BD" w:rsidRDefault="00000000">
      <w:pPr>
        <w:spacing w:after="40" w:line="240" w:lineRule="auto"/>
        <w:rPr>
          <w:rFonts w:hint="eastAsia"/>
        </w:rPr>
      </w:pPr>
      <w:r>
        <w:rPr>
          <w:color w:val="23312B"/>
          <w:sz w:val="21"/>
        </w:rPr>
        <w:t xml:space="preserve">☐ </w:t>
      </w:r>
      <w:r>
        <w:rPr>
          <w:color w:val="23312B"/>
          <w:sz w:val="17"/>
        </w:rPr>
        <w:t>Copie a certificatului / deciziei de înregistrare a producătorului la Agenția Servicii Publice.</w:t>
      </w:r>
    </w:p>
    <w:p w14:paraId="14DE4028" w14:textId="68FA48E0" w:rsidR="003372BD" w:rsidRDefault="00000000">
      <w:pPr>
        <w:spacing w:after="40" w:line="240" w:lineRule="auto"/>
        <w:rPr>
          <w:rFonts w:hint="eastAsia"/>
        </w:rPr>
      </w:pPr>
      <w:r>
        <w:rPr>
          <w:color w:val="23312B"/>
          <w:sz w:val="21"/>
        </w:rPr>
        <w:t xml:space="preserve">☐ </w:t>
      </w:r>
      <w:r>
        <w:rPr>
          <w:color w:val="23312B"/>
          <w:sz w:val="17"/>
        </w:rPr>
        <w:t xml:space="preserve">Anexa 1 – Date </w:t>
      </w:r>
      <w:proofErr w:type="spellStart"/>
      <w:r>
        <w:rPr>
          <w:color w:val="23312B"/>
          <w:sz w:val="17"/>
        </w:rPr>
        <w:t>privind</w:t>
      </w:r>
      <w:proofErr w:type="spellEnd"/>
      <w:r>
        <w:rPr>
          <w:color w:val="23312B"/>
          <w:sz w:val="17"/>
        </w:rPr>
        <w:t xml:space="preserve"> </w:t>
      </w:r>
      <w:proofErr w:type="spellStart"/>
      <w:r>
        <w:rPr>
          <w:color w:val="23312B"/>
          <w:sz w:val="17"/>
        </w:rPr>
        <w:t>ambalajele</w:t>
      </w:r>
      <w:proofErr w:type="spellEnd"/>
      <w:r>
        <w:rPr>
          <w:color w:val="23312B"/>
          <w:sz w:val="17"/>
        </w:rPr>
        <w:t xml:space="preserve"> SD</w:t>
      </w:r>
      <w:r w:rsidR="00946334">
        <w:rPr>
          <w:color w:val="23312B"/>
          <w:sz w:val="17"/>
        </w:rPr>
        <w:t>A</w:t>
      </w:r>
      <w:r>
        <w:rPr>
          <w:color w:val="23312B"/>
          <w:sz w:val="17"/>
        </w:rPr>
        <w:t xml:space="preserve"> </w:t>
      </w:r>
      <w:proofErr w:type="spellStart"/>
      <w:r>
        <w:rPr>
          <w:color w:val="23312B"/>
          <w:sz w:val="17"/>
        </w:rPr>
        <w:t>plasate</w:t>
      </w:r>
      <w:proofErr w:type="spellEnd"/>
      <w:r>
        <w:rPr>
          <w:color w:val="23312B"/>
          <w:sz w:val="17"/>
        </w:rPr>
        <w:t xml:space="preserve"> pe </w:t>
      </w:r>
      <w:proofErr w:type="spellStart"/>
      <w:r>
        <w:rPr>
          <w:color w:val="23312B"/>
          <w:sz w:val="17"/>
        </w:rPr>
        <w:t>piață</w:t>
      </w:r>
      <w:proofErr w:type="spellEnd"/>
      <w:r>
        <w:rPr>
          <w:color w:val="23312B"/>
          <w:sz w:val="17"/>
        </w:rPr>
        <w:t xml:space="preserve"> în anul calendaristic anterior (2025), completată.</w:t>
      </w:r>
    </w:p>
    <w:p w14:paraId="2D4FEF16" w14:textId="77777777" w:rsidR="003372BD" w:rsidRDefault="00000000">
      <w:pPr>
        <w:spacing w:after="0" w:line="240" w:lineRule="auto"/>
        <w:rPr>
          <w:rFonts w:hint="eastAsia"/>
        </w:rPr>
      </w:pPr>
      <w:r>
        <w:rPr>
          <w:b/>
          <w:color w:val="23312B"/>
          <w:sz w:val="17"/>
        </w:rPr>
        <w:t xml:space="preserve">Alte documente / explicații (dacă este cazul): </w:t>
      </w:r>
      <w:r>
        <w:rPr>
          <w:color w:val="666666"/>
          <w:sz w:val="17"/>
        </w:rPr>
        <w:t>______________________________________________________________</w:t>
      </w:r>
    </w:p>
    <w:p w14:paraId="6E93ED71" w14:textId="1879A066" w:rsidR="003372BD" w:rsidRDefault="00000000">
      <w:pPr>
        <w:spacing w:before="40" w:after="40" w:line="240" w:lineRule="auto"/>
        <w:rPr>
          <w:rFonts w:hint="eastAsia"/>
        </w:rPr>
      </w:pPr>
      <w:r>
        <w:rPr>
          <w:b/>
          <w:color w:val="2F6B4F"/>
          <w:sz w:val="21"/>
        </w:rPr>
        <w:t>4. DATE PRIVIND AMBALAJELE SD</w:t>
      </w:r>
      <w:r w:rsidR="00946334">
        <w:rPr>
          <w:b/>
          <w:color w:val="2F6B4F"/>
          <w:sz w:val="21"/>
        </w:rPr>
        <w:t>A</w:t>
      </w:r>
    </w:p>
    <w:p w14:paraId="3C08E8B5" w14:textId="77777777" w:rsidR="003372BD" w:rsidRDefault="00000000">
      <w:pPr>
        <w:spacing w:after="40" w:line="240" w:lineRule="auto"/>
        <w:rPr>
          <w:rFonts w:hint="eastAsia"/>
        </w:rPr>
      </w:pPr>
      <w:r>
        <w:rPr>
          <w:color w:val="23312B"/>
          <w:sz w:val="17"/>
        </w:rPr>
        <w:t>Informațiile solicitate la pct. 16.3 din Regulament se completează în Anexa 1, în bucăți și kilograme, cu defalcare pe tip de material, volum per unitate de ambalaj, categoria produsului conținut și tip reutilizabil / de unică folosință.</w:t>
      </w:r>
    </w:p>
    <w:p w14:paraId="3CD44DE2" w14:textId="77777777" w:rsidR="003372BD" w:rsidRDefault="00000000">
      <w:pPr>
        <w:spacing w:after="40" w:line="240" w:lineRule="auto"/>
        <w:rPr>
          <w:rFonts w:hint="eastAsia"/>
        </w:rPr>
      </w:pPr>
      <w:r>
        <w:rPr>
          <w:b/>
          <w:color w:val="23312B"/>
          <w:sz w:val="17"/>
        </w:rPr>
        <w:t xml:space="preserve">An de referință: </w:t>
      </w:r>
      <w:r>
        <w:rPr>
          <w:b/>
          <w:color w:val="2F6B4F"/>
          <w:sz w:val="17"/>
        </w:rPr>
        <w:t>2025</w:t>
      </w:r>
    </w:p>
    <w:p w14:paraId="37BCA0AF" w14:textId="77777777" w:rsidR="003372BD" w:rsidRDefault="00000000">
      <w:pPr>
        <w:spacing w:before="40" w:after="40" w:line="240" w:lineRule="auto"/>
        <w:rPr>
          <w:rFonts w:hint="eastAsia"/>
        </w:rPr>
      </w:pPr>
      <w:r>
        <w:rPr>
          <w:b/>
          <w:color w:val="2F6B4F"/>
          <w:sz w:val="21"/>
        </w:rPr>
        <w:t>5. DECLARAȚIE ȘI SEMNARE</w:t>
      </w:r>
    </w:p>
    <w:tbl>
      <w:tblPr>
        <w:tblW w:w="0" w:type="auto"/>
        <w:jc w:val="center"/>
        <w:tblBorders>
          <w:top w:val="single" w:sz="5" w:space="0" w:color="C7D2CC"/>
          <w:left w:val="single" w:sz="5" w:space="0" w:color="C7D2CC"/>
          <w:bottom w:val="single" w:sz="5" w:space="0" w:color="C7D2CC"/>
          <w:right w:val="single" w:sz="5" w:space="0" w:color="C7D2CC"/>
          <w:insideH w:val="single" w:sz="5" w:space="0" w:color="C7D2CC"/>
          <w:insideV w:val="single" w:sz="5" w:space="0" w:color="C7D2CC"/>
        </w:tblBorders>
        <w:tblLook w:val="04A0" w:firstRow="1" w:lastRow="0" w:firstColumn="1" w:lastColumn="0" w:noHBand="0" w:noVBand="1"/>
      </w:tblPr>
      <w:tblGrid>
        <w:gridCol w:w="10470"/>
      </w:tblGrid>
      <w:tr w:rsidR="003372BD" w14:paraId="26BCA4D3" w14:textId="77777777">
        <w:trPr>
          <w:jc w:val="center"/>
        </w:trPr>
        <w:tc>
          <w:tcPr>
            <w:tcW w:w="10482" w:type="dxa"/>
            <w:shd w:val="clear" w:color="auto" w:fill="EAF4EF"/>
            <w:tcMar>
              <w:top w:w="85" w:type="dxa"/>
              <w:left w:w="130" w:type="dxa"/>
              <w:bottom w:w="85" w:type="dxa"/>
              <w:right w:w="130" w:type="dxa"/>
            </w:tcMar>
          </w:tcPr>
          <w:p w14:paraId="5A6D1B49" w14:textId="77777777" w:rsidR="003372BD" w:rsidRDefault="00000000">
            <w:pPr>
              <w:spacing w:after="0" w:line="240" w:lineRule="auto"/>
              <w:rPr>
                <w:rFonts w:hint="eastAsia"/>
              </w:rPr>
            </w:pPr>
            <w:r>
              <w:rPr>
                <w:color w:val="23312B"/>
                <w:sz w:val="17"/>
              </w:rPr>
              <w:t>Prin prezenta confirm că informațiile furnizate în această notificare și în anexele sale sunt corecte și complete la data transmiterii. Confirm că documentul este transmis în format digital și va fi semnat cu semnătură electronică, conform pct. 16 din Regulamentul aprobat prin HG nr. 379/2025.</w:t>
            </w:r>
          </w:p>
        </w:tc>
      </w:tr>
    </w:tbl>
    <w:tbl>
      <w:tblPr>
        <w:tblW w:w="0" w:type="auto"/>
        <w:jc w:val="center"/>
        <w:tblBorders>
          <w:top w:val="single" w:sz="5" w:space="0" w:color="9AA8A1"/>
          <w:left w:val="single" w:sz="5" w:space="0" w:color="9AA8A1"/>
          <w:bottom w:val="single" w:sz="5" w:space="0" w:color="9AA8A1"/>
          <w:right w:val="single" w:sz="5" w:space="0" w:color="9AA8A1"/>
          <w:insideH w:val="single" w:sz="5" w:space="0" w:color="9AA8A1"/>
          <w:insideV w:val="single" w:sz="5" w:space="0" w:color="9AA8A1"/>
        </w:tblBorders>
        <w:tblLayout w:type="fixed"/>
        <w:tblLook w:val="04A0" w:firstRow="1" w:lastRow="0" w:firstColumn="1" w:lastColumn="0" w:noHBand="0" w:noVBand="1"/>
      </w:tblPr>
      <w:tblGrid>
        <w:gridCol w:w="3402"/>
        <w:gridCol w:w="6577"/>
      </w:tblGrid>
      <w:tr w:rsidR="003372BD" w14:paraId="1F1C096C" w14:textId="77777777">
        <w:trPr>
          <w:jc w:val="center"/>
        </w:trPr>
        <w:tc>
          <w:tcPr>
            <w:tcW w:w="3402" w:type="dxa"/>
            <w:shd w:val="clear" w:color="auto" w:fill="F4F5F4"/>
            <w:tcMar>
              <w:top w:w="62" w:type="dxa"/>
              <w:left w:w="100" w:type="dxa"/>
              <w:bottom w:w="62" w:type="dxa"/>
              <w:right w:w="100" w:type="dxa"/>
            </w:tcMar>
            <w:vAlign w:val="center"/>
          </w:tcPr>
          <w:p w14:paraId="2E0BFC4F" w14:textId="77777777" w:rsidR="003372BD" w:rsidRDefault="00000000">
            <w:pPr>
              <w:spacing w:after="0" w:line="240" w:lineRule="auto"/>
              <w:rPr>
                <w:rFonts w:hint="eastAsia"/>
              </w:rPr>
            </w:pPr>
            <w:r>
              <w:rPr>
                <w:b/>
                <w:color w:val="23312B"/>
                <w:sz w:val="17"/>
              </w:rPr>
              <w:t>Numele și prenumele reprezentantului legal / persoanei împuternicite</w:t>
            </w:r>
          </w:p>
        </w:tc>
        <w:tc>
          <w:tcPr>
            <w:tcW w:w="6577" w:type="dxa"/>
            <w:tcMar>
              <w:top w:w="62" w:type="dxa"/>
              <w:left w:w="100" w:type="dxa"/>
              <w:bottom w:w="62" w:type="dxa"/>
              <w:right w:w="100" w:type="dxa"/>
            </w:tcMar>
            <w:vAlign w:val="center"/>
          </w:tcPr>
          <w:p w14:paraId="1CDB2B62" w14:textId="77777777" w:rsidR="003372BD" w:rsidRDefault="00000000">
            <w:pPr>
              <w:spacing w:after="0" w:line="240" w:lineRule="auto"/>
              <w:rPr>
                <w:rFonts w:hint="eastAsia"/>
              </w:rPr>
            </w:pPr>
            <w:r>
              <w:rPr>
                <w:color w:val="666666"/>
                <w:sz w:val="18"/>
              </w:rPr>
              <w:t>____________________________________________</w:t>
            </w:r>
          </w:p>
        </w:tc>
      </w:tr>
      <w:tr w:rsidR="003372BD" w14:paraId="3D0B99DD" w14:textId="77777777">
        <w:trPr>
          <w:jc w:val="center"/>
        </w:trPr>
        <w:tc>
          <w:tcPr>
            <w:tcW w:w="3402" w:type="dxa"/>
            <w:shd w:val="clear" w:color="auto" w:fill="F4F5F4"/>
            <w:tcMar>
              <w:top w:w="62" w:type="dxa"/>
              <w:left w:w="100" w:type="dxa"/>
              <w:bottom w:w="62" w:type="dxa"/>
              <w:right w:w="100" w:type="dxa"/>
            </w:tcMar>
            <w:vAlign w:val="center"/>
          </w:tcPr>
          <w:p w14:paraId="11A23E44" w14:textId="77777777" w:rsidR="003372BD" w:rsidRDefault="00000000">
            <w:pPr>
              <w:spacing w:after="0" w:line="240" w:lineRule="auto"/>
              <w:rPr>
                <w:rFonts w:hint="eastAsia"/>
              </w:rPr>
            </w:pPr>
            <w:r>
              <w:rPr>
                <w:b/>
                <w:color w:val="23312B"/>
                <w:sz w:val="17"/>
              </w:rPr>
              <w:t>Funcția</w:t>
            </w:r>
          </w:p>
        </w:tc>
        <w:tc>
          <w:tcPr>
            <w:tcW w:w="6577" w:type="dxa"/>
            <w:tcMar>
              <w:top w:w="62" w:type="dxa"/>
              <w:left w:w="100" w:type="dxa"/>
              <w:bottom w:w="62" w:type="dxa"/>
              <w:right w:w="100" w:type="dxa"/>
            </w:tcMar>
            <w:vAlign w:val="center"/>
          </w:tcPr>
          <w:p w14:paraId="183B7BDD" w14:textId="77777777" w:rsidR="003372BD" w:rsidRDefault="00000000">
            <w:pPr>
              <w:spacing w:after="0" w:line="240" w:lineRule="auto"/>
              <w:rPr>
                <w:rFonts w:hint="eastAsia"/>
              </w:rPr>
            </w:pPr>
            <w:r>
              <w:rPr>
                <w:color w:val="666666"/>
                <w:sz w:val="18"/>
              </w:rPr>
              <w:t>____________________________________________</w:t>
            </w:r>
          </w:p>
        </w:tc>
      </w:tr>
      <w:tr w:rsidR="003372BD" w14:paraId="19950B57" w14:textId="77777777">
        <w:trPr>
          <w:jc w:val="center"/>
        </w:trPr>
        <w:tc>
          <w:tcPr>
            <w:tcW w:w="3402" w:type="dxa"/>
            <w:shd w:val="clear" w:color="auto" w:fill="F4F5F4"/>
            <w:tcMar>
              <w:top w:w="62" w:type="dxa"/>
              <w:left w:w="100" w:type="dxa"/>
              <w:bottom w:w="62" w:type="dxa"/>
              <w:right w:w="100" w:type="dxa"/>
            </w:tcMar>
            <w:vAlign w:val="center"/>
          </w:tcPr>
          <w:p w14:paraId="011A7F31" w14:textId="77777777" w:rsidR="003372BD" w:rsidRDefault="00000000">
            <w:pPr>
              <w:spacing w:after="0" w:line="240" w:lineRule="auto"/>
              <w:rPr>
                <w:rFonts w:hint="eastAsia"/>
              </w:rPr>
            </w:pPr>
            <w:r>
              <w:rPr>
                <w:b/>
                <w:color w:val="23312B"/>
                <w:sz w:val="17"/>
              </w:rPr>
              <w:t>Data transmiterii</w:t>
            </w:r>
          </w:p>
        </w:tc>
        <w:tc>
          <w:tcPr>
            <w:tcW w:w="6577" w:type="dxa"/>
            <w:tcMar>
              <w:top w:w="62" w:type="dxa"/>
              <w:left w:w="100" w:type="dxa"/>
              <w:bottom w:w="62" w:type="dxa"/>
              <w:right w:w="100" w:type="dxa"/>
            </w:tcMar>
            <w:vAlign w:val="center"/>
          </w:tcPr>
          <w:p w14:paraId="708E2E59" w14:textId="77777777" w:rsidR="003372BD" w:rsidRDefault="00000000">
            <w:pPr>
              <w:spacing w:after="0" w:line="240" w:lineRule="auto"/>
              <w:rPr>
                <w:rFonts w:hint="eastAsia"/>
              </w:rPr>
            </w:pPr>
            <w:r>
              <w:rPr>
                <w:color w:val="666666"/>
                <w:sz w:val="18"/>
              </w:rPr>
              <w:t>____ / ____ / 2026</w:t>
            </w:r>
          </w:p>
        </w:tc>
      </w:tr>
      <w:tr w:rsidR="003372BD" w14:paraId="18A99C16" w14:textId="77777777">
        <w:trPr>
          <w:jc w:val="center"/>
        </w:trPr>
        <w:tc>
          <w:tcPr>
            <w:tcW w:w="3402" w:type="dxa"/>
            <w:shd w:val="clear" w:color="auto" w:fill="F4F5F4"/>
            <w:tcMar>
              <w:top w:w="62" w:type="dxa"/>
              <w:left w:w="100" w:type="dxa"/>
              <w:bottom w:w="62" w:type="dxa"/>
              <w:right w:w="100" w:type="dxa"/>
            </w:tcMar>
            <w:vAlign w:val="center"/>
          </w:tcPr>
          <w:p w14:paraId="05E0C321" w14:textId="77777777" w:rsidR="003372BD" w:rsidRDefault="00000000">
            <w:pPr>
              <w:spacing w:after="0" w:line="240" w:lineRule="auto"/>
              <w:rPr>
                <w:rFonts w:hint="eastAsia"/>
              </w:rPr>
            </w:pPr>
            <w:r>
              <w:rPr>
                <w:b/>
                <w:color w:val="23312B"/>
                <w:sz w:val="17"/>
              </w:rPr>
              <w:t>Semnătura</w:t>
            </w:r>
          </w:p>
        </w:tc>
        <w:tc>
          <w:tcPr>
            <w:tcW w:w="6577" w:type="dxa"/>
            <w:tcMar>
              <w:top w:w="62" w:type="dxa"/>
              <w:left w:w="100" w:type="dxa"/>
              <w:bottom w:w="62" w:type="dxa"/>
              <w:right w:w="100" w:type="dxa"/>
            </w:tcMar>
            <w:vAlign w:val="center"/>
          </w:tcPr>
          <w:p w14:paraId="1AAA7726" w14:textId="77777777" w:rsidR="003372BD" w:rsidRDefault="00000000">
            <w:pPr>
              <w:spacing w:after="0" w:line="240" w:lineRule="auto"/>
              <w:rPr>
                <w:rFonts w:hint="eastAsia"/>
              </w:rPr>
            </w:pPr>
            <w:r>
              <w:rPr>
                <w:color w:val="666666"/>
                <w:sz w:val="18"/>
              </w:rPr>
              <w:t>Semnătură electronică aplicată documentului</w:t>
            </w:r>
          </w:p>
        </w:tc>
      </w:tr>
    </w:tbl>
    <w:p w14:paraId="3DD5C312" w14:textId="77777777" w:rsidR="003372BD" w:rsidRDefault="00000000">
      <w:pPr>
        <w:spacing w:before="40" w:after="0" w:line="240" w:lineRule="auto"/>
        <w:rPr>
          <w:rFonts w:hint="eastAsia"/>
        </w:rPr>
      </w:pPr>
      <w:r>
        <w:rPr>
          <w:i/>
          <w:color w:val="666666"/>
          <w:sz w:val="16"/>
        </w:rPr>
        <w:t>Notă: potrivit pct. 17 din Regulament, data înregistrării este data la care documentația prevăzută la pct. 16 a fost transmisă corect și complet administratorului SDA.</w:t>
      </w:r>
    </w:p>
    <w:p w14:paraId="4CA96387" w14:textId="77777777" w:rsidR="003372BD" w:rsidRDefault="003372BD">
      <w:pPr>
        <w:rPr>
          <w:rFonts w:hint="eastAsia"/>
        </w:rPr>
        <w:sectPr w:rsidR="003372BD">
          <w:headerReference w:type="default" r:id="rId9"/>
          <w:footerReference w:type="default" r:id="rId10"/>
          <w:pgSz w:w="12240" w:h="15840"/>
          <w:pgMar w:top="624" w:right="879" w:bottom="595" w:left="879" w:header="720" w:footer="720" w:gutter="0"/>
          <w:cols w:space="720"/>
          <w:docGrid w:linePitch="360"/>
        </w:sectPr>
      </w:pPr>
    </w:p>
    <w:p w14:paraId="195C11A7" w14:textId="77777777" w:rsidR="003372BD" w:rsidRDefault="00000000">
      <w:pPr>
        <w:spacing w:after="40" w:line="240" w:lineRule="auto"/>
        <w:jc w:val="center"/>
        <w:rPr>
          <w:rFonts w:hint="eastAsia"/>
        </w:rPr>
      </w:pPr>
      <w:r>
        <w:rPr>
          <w:b/>
          <w:color w:val="2F6B4F"/>
          <w:sz w:val="24"/>
        </w:rPr>
        <w:lastRenderedPageBreak/>
        <w:t>ANEXA 1</w:t>
      </w:r>
    </w:p>
    <w:p w14:paraId="7C1E04D0" w14:textId="09B1AA36" w:rsidR="003372BD" w:rsidRDefault="00000000">
      <w:pPr>
        <w:spacing w:line="240" w:lineRule="auto"/>
        <w:jc w:val="center"/>
        <w:rPr>
          <w:rFonts w:hint="eastAsia"/>
        </w:rPr>
      </w:pPr>
      <w:r>
        <w:rPr>
          <w:b/>
          <w:color w:val="23312B"/>
          <w:sz w:val="25"/>
        </w:rPr>
        <w:t>DATE PRIVIND AMBALAJELE SD</w:t>
      </w:r>
      <w:r w:rsidR="00946334">
        <w:rPr>
          <w:b/>
          <w:color w:val="23312B"/>
          <w:sz w:val="25"/>
        </w:rPr>
        <w:t>A</w:t>
      </w:r>
      <w:r>
        <w:rPr>
          <w:b/>
          <w:color w:val="23312B"/>
          <w:sz w:val="25"/>
        </w:rPr>
        <w:t xml:space="preserve"> PLASATE PE PIAȚĂ ÎN ANUL CALENDARISTIC ANTERIOR (2025)</w:t>
      </w:r>
    </w:p>
    <w:p w14:paraId="26AB94E7" w14:textId="77777777" w:rsidR="003372BD" w:rsidRDefault="00000000">
      <w:pPr>
        <w:spacing w:after="100" w:line="240" w:lineRule="auto"/>
        <w:rPr>
          <w:rFonts w:hint="eastAsia"/>
        </w:rPr>
      </w:pPr>
      <w:r>
        <w:rPr>
          <w:color w:val="23312B"/>
          <w:sz w:val="18"/>
        </w:rPr>
        <w:t>Se completează de către producător. Introduceți câte un rând pentru fiecare combinație distinctă de categorie de produs, tip de material, volum și tip de ambalaj (reutilizabil / de unică folosință).</w:t>
      </w:r>
    </w:p>
    <w:tbl>
      <w:tblPr>
        <w:tblW w:w="0" w:type="auto"/>
        <w:jc w:val="center"/>
        <w:tblBorders>
          <w:top w:val="single" w:sz="5" w:space="0" w:color="82958B"/>
          <w:left w:val="single" w:sz="5" w:space="0" w:color="82958B"/>
          <w:bottom w:val="single" w:sz="5" w:space="0" w:color="82958B"/>
          <w:right w:val="single" w:sz="5" w:space="0" w:color="82958B"/>
          <w:insideH w:val="single" w:sz="5" w:space="0" w:color="82958B"/>
          <w:insideV w:val="single" w:sz="5" w:space="0" w:color="82958B"/>
        </w:tblBorders>
        <w:tblLayout w:type="fixed"/>
        <w:tblLook w:val="04A0" w:firstRow="1" w:lastRow="0" w:firstColumn="1" w:lastColumn="0" w:noHBand="0" w:noVBand="1"/>
      </w:tblPr>
      <w:tblGrid>
        <w:gridCol w:w="680"/>
        <w:gridCol w:w="2835"/>
        <w:gridCol w:w="1701"/>
        <w:gridCol w:w="1927"/>
        <w:gridCol w:w="1417"/>
        <w:gridCol w:w="1757"/>
        <w:gridCol w:w="2268"/>
        <w:gridCol w:w="1814"/>
      </w:tblGrid>
      <w:tr w:rsidR="003372BD" w14:paraId="74D4F4F2" w14:textId="77777777">
        <w:trPr>
          <w:tblHeader/>
          <w:jc w:val="center"/>
        </w:trPr>
        <w:tc>
          <w:tcPr>
            <w:tcW w:w="680" w:type="dxa"/>
            <w:shd w:val="clear" w:color="auto" w:fill="2F6B4F"/>
            <w:tcMar>
              <w:top w:w="90" w:type="dxa"/>
              <w:left w:w="80" w:type="dxa"/>
              <w:bottom w:w="90" w:type="dxa"/>
              <w:right w:w="80" w:type="dxa"/>
            </w:tcMar>
            <w:vAlign w:val="center"/>
          </w:tcPr>
          <w:p w14:paraId="1F7C26C8" w14:textId="77777777" w:rsidR="003372BD" w:rsidRDefault="00000000">
            <w:pPr>
              <w:spacing w:after="0" w:line="240" w:lineRule="auto"/>
              <w:jc w:val="center"/>
              <w:rPr>
                <w:rFonts w:hint="eastAsia"/>
              </w:rPr>
            </w:pPr>
            <w:r>
              <w:rPr>
                <w:b/>
                <w:color w:val="FFFFFF"/>
                <w:sz w:val="16"/>
              </w:rPr>
              <w:t>Nr. crt.</w:t>
            </w:r>
          </w:p>
        </w:tc>
        <w:tc>
          <w:tcPr>
            <w:tcW w:w="2835" w:type="dxa"/>
            <w:shd w:val="clear" w:color="auto" w:fill="2F6B4F"/>
            <w:tcMar>
              <w:top w:w="90" w:type="dxa"/>
              <w:left w:w="80" w:type="dxa"/>
              <w:bottom w:w="90" w:type="dxa"/>
              <w:right w:w="80" w:type="dxa"/>
            </w:tcMar>
            <w:vAlign w:val="center"/>
          </w:tcPr>
          <w:p w14:paraId="78E8775B" w14:textId="77777777" w:rsidR="003372BD" w:rsidRDefault="00000000">
            <w:pPr>
              <w:spacing w:after="0" w:line="240" w:lineRule="auto"/>
              <w:jc w:val="center"/>
              <w:rPr>
                <w:rFonts w:hint="eastAsia"/>
              </w:rPr>
            </w:pPr>
            <w:r>
              <w:rPr>
                <w:b/>
                <w:color w:val="FFFFFF"/>
                <w:sz w:val="16"/>
              </w:rPr>
              <w:t>Categoria produsului conținut</w:t>
            </w:r>
          </w:p>
        </w:tc>
        <w:tc>
          <w:tcPr>
            <w:tcW w:w="1701" w:type="dxa"/>
            <w:shd w:val="clear" w:color="auto" w:fill="2F6B4F"/>
            <w:tcMar>
              <w:top w:w="90" w:type="dxa"/>
              <w:left w:w="80" w:type="dxa"/>
              <w:bottom w:w="90" w:type="dxa"/>
              <w:right w:w="80" w:type="dxa"/>
            </w:tcMar>
            <w:vAlign w:val="center"/>
          </w:tcPr>
          <w:p w14:paraId="0937E0D0" w14:textId="77777777" w:rsidR="003372BD" w:rsidRDefault="00000000">
            <w:pPr>
              <w:spacing w:after="0" w:line="240" w:lineRule="auto"/>
              <w:jc w:val="center"/>
              <w:rPr>
                <w:rFonts w:hint="eastAsia"/>
              </w:rPr>
            </w:pPr>
            <w:r>
              <w:rPr>
                <w:b/>
                <w:color w:val="FFFFFF"/>
                <w:sz w:val="16"/>
              </w:rPr>
              <w:t>Tip material</w:t>
            </w:r>
          </w:p>
        </w:tc>
        <w:tc>
          <w:tcPr>
            <w:tcW w:w="1927" w:type="dxa"/>
            <w:shd w:val="clear" w:color="auto" w:fill="2F6B4F"/>
            <w:tcMar>
              <w:top w:w="90" w:type="dxa"/>
              <w:left w:w="80" w:type="dxa"/>
              <w:bottom w:w="90" w:type="dxa"/>
              <w:right w:w="80" w:type="dxa"/>
            </w:tcMar>
            <w:vAlign w:val="center"/>
          </w:tcPr>
          <w:p w14:paraId="3FB83DB1" w14:textId="77777777" w:rsidR="003372BD" w:rsidRDefault="00000000">
            <w:pPr>
              <w:spacing w:after="0" w:line="240" w:lineRule="auto"/>
              <w:jc w:val="center"/>
              <w:rPr>
                <w:rFonts w:hint="eastAsia"/>
              </w:rPr>
            </w:pPr>
            <w:r>
              <w:rPr>
                <w:b/>
                <w:color w:val="FFFFFF"/>
                <w:sz w:val="16"/>
              </w:rPr>
              <w:t>Tip ambalaj</w:t>
            </w:r>
          </w:p>
        </w:tc>
        <w:tc>
          <w:tcPr>
            <w:tcW w:w="1417" w:type="dxa"/>
            <w:shd w:val="clear" w:color="auto" w:fill="2F6B4F"/>
            <w:tcMar>
              <w:top w:w="90" w:type="dxa"/>
              <w:left w:w="80" w:type="dxa"/>
              <w:bottom w:w="90" w:type="dxa"/>
              <w:right w:w="80" w:type="dxa"/>
            </w:tcMar>
            <w:vAlign w:val="center"/>
          </w:tcPr>
          <w:p w14:paraId="1A2376A3" w14:textId="77777777" w:rsidR="003372BD" w:rsidRDefault="00000000">
            <w:pPr>
              <w:spacing w:after="0" w:line="240" w:lineRule="auto"/>
              <w:jc w:val="center"/>
              <w:rPr>
                <w:rFonts w:hint="eastAsia"/>
              </w:rPr>
            </w:pPr>
            <w:r>
              <w:rPr>
                <w:b/>
                <w:color w:val="FFFFFF"/>
                <w:sz w:val="16"/>
              </w:rPr>
              <w:t>Volum / unitate (L)</w:t>
            </w:r>
          </w:p>
        </w:tc>
        <w:tc>
          <w:tcPr>
            <w:tcW w:w="1757" w:type="dxa"/>
            <w:shd w:val="clear" w:color="auto" w:fill="2F6B4F"/>
            <w:tcMar>
              <w:top w:w="90" w:type="dxa"/>
              <w:left w:w="80" w:type="dxa"/>
              <w:bottom w:w="90" w:type="dxa"/>
              <w:right w:w="80" w:type="dxa"/>
            </w:tcMar>
            <w:vAlign w:val="center"/>
          </w:tcPr>
          <w:p w14:paraId="5D8AFBB1" w14:textId="77777777" w:rsidR="003372BD" w:rsidRDefault="00000000">
            <w:pPr>
              <w:spacing w:after="0" w:line="240" w:lineRule="auto"/>
              <w:jc w:val="center"/>
              <w:rPr>
                <w:rFonts w:hint="eastAsia"/>
              </w:rPr>
            </w:pPr>
            <w:r>
              <w:rPr>
                <w:b/>
                <w:color w:val="FFFFFF"/>
                <w:sz w:val="16"/>
              </w:rPr>
              <w:t>Greutate / unitate (kg)</w:t>
            </w:r>
          </w:p>
        </w:tc>
        <w:tc>
          <w:tcPr>
            <w:tcW w:w="2268" w:type="dxa"/>
            <w:shd w:val="clear" w:color="auto" w:fill="2F6B4F"/>
            <w:tcMar>
              <w:top w:w="90" w:type="dxa"/>
              <w:left w:w="80" w:type="dxa"/>
              <w:bottom w:w="90" w:type="dxa"/>
              <w:right w:w="80" w:type="dxa"/>
            </w:tcMar>
            <w:vAlign w:val="center"/>
          </w:tcPr>
          <w:p w14:paraId="37E6A325" w14:textId="77777777" w:rsidR="003372BD" w:rsidRDefault="00000000">
            <w:pPr>
              <w:spacing w:after="0" w:line="240" w:lineRule="auto"/>
              <w:jc w:val="center"/>
              <w:rPr>
                <w:rFonts w:hint="eastAsia"/>
              </w:rPr>
            </w:pPr>
            <w:r>
              <w:rPr>
                <w:b/>
                <w:color w:val="FFFFFF"/>
                <w:sz w:val="16"/>
              </w:rPr>
              <w:t>Nr. unități plasate pe piață (buc.)</w:t>
            </w:r>
          </w:p>
        </w:tc>
        <w:tc>
          <w:tcPr>
            <w:tcW w:w="1814" w:type="dxa"/>
            <w:shd w:val="clear" w:color="auto" w:fill="2F6B4F"/>
            <w:tcMar>
              <w:top w:w="90" w:type="dxa"/>
              <w:left w:w="80" w:type="dxa"/>
              <w:bottom w:w="90" w:type="dxa"/>
              <w:right w:w="80" w:type="dxa"/>
            </w:tcMar>
            <w:vAlign w:val="center"/>
          </w:tcPr>
          <w:p w14:paraId="260DA739" w14:textId="77777777" w:rsidR="003372BD" w:rsidRDefault="00000000">
            <w:pPr>
              <w:spacing w:after="0" w:line="240" w:lineRule="auto"/>
              <w:jc w:val="center"/>
              <w:rPr>
                <w:rFonts w:hint="eastAsia"/>
              </w:rPr>
            </w:pPr>
            <w:r>
              <w:rPr>
                <w:b/>
                <w:color w:val="FFFFFF"/>
                <w:sz w:val="16"/>
              </w:rPr>
              <w:t>Greutate totală (kg)</w:t>
            </w:r>
          </w:p>
        </w:tc>
      </w:tr>
      <w:tr w:rsidR="003372BD" w14:paraId="4CA92C30" w14:textId="77777777">
        <w:trPr>
          <w:jc w:val="center"/>
        </w:trPr>
        <w:tc>
          <w:tcPr>
            <w:tcW w:w="680" w:type="dxa"/>
            <w:tcMar>
              <w:top w:w="95" w:type="dxa"/>
              <w:left w:w="70" w:type="dxa"/>
              <w:bottom w:w="95" w:type="dxa"/>
              <w:right w:w="70" w:type="dxa"/>
            </w:tcMar>
            <w:vAlign w:val="center"/>
          </w:tcPr>
          <w:p w14:paraId="28C5CD72" w14:textId="77777777" w:rsidR="003372BD" w:rsidRDefault="00000000">
            <w:pPr>
              <w:spacing w:after="0" w:line="240" w:lineRule="auto"/>
              <w:jc w:val="center"/>
              <w:rPr>
                <w:rFonts w:hint="eastAsia"/>
              </w:rPr>
            </w:pPr>
            <w:r>
              <w:rPr>
                <w:color w:val="666666"/>
                <w:sz w:val="17"/>
              </w:rPr>
              <w:t>1</w:t>
            </w:r>
          </w:p>
        </w:tc>
        <w:tc>
          <w:tcPr>
            <w:tcW w:w="2835" w:type="dxa"/>
            <w:tcMar>
              <w:top w:w="95" w:type="dxa"/>
              <w:left w:w="70" w:type="dxa"/>
              <w:bottom w:w="95" w:type="dxa"/>
              <w:right w:w="70" w:type="dxa"/>
            </w:tcMar>
            <w:vAlign w:val="center"/>
          </w:tcPr>
          <w:p w14:paraId="476746AF" w14:textId="77777777" w:rsidR="003372BD" w:rsidRDefault="00000000">
            <w:pPr>
              <w:spacing w:after="0" w:line="240" w:lineRule="auto"/>
              <w:rPr>
                <w:rFonts w:hint="eastAsia"/>
              </w:rPr>
            </w:pPr>
            <w:r>
              <w:rPr>
                <w:sz w:val="17"/>
              </w:rPr>
              <w:t xml:space="preserve"> </w:t>
            </w:r>
          </w:p>
        </w:tc>
        <w:tc>
          <w:tcPr>
            <w:tcW w:w="1701" w:type="dxa"/>
            <w:tcMar>
              <w:top w:w="95" w:type="dxa"/>
              <w:left w:w="70" w:type="dxa"/>
              <w:bottom w:w="95" w:type="dxa"/>
              <w:right w:w="70" w:type="dxa"/>
            </w:tcMar>
            <w:vAlign w:val="center"/>
          </w:tcPr>
          <w:p w14:paraId="600F9139" w14:textId="77777777" w:rsidR="003372BD" w:rsidRDefault="00000000">
            <w:pPr>
              <w:spacing w:after="0" w:line="240" w:lineRule="auto"/>
              <w:jc w:val="center"/>
              <w:rPr>
                <w:rFonts w:hint="eastAsia"/>
              </w:rPr>
            </w:pPr>
            <w:r>
              <w:rPr>
                <w:i/>
                <w:color w:val="9A9A9A"/>
                <w:sz w:val="16"/>
              </w:rPr>
              <w:t>sticlă / plastic / metal</w:t>
            </w:r>
          </w:p>
        </w:tc>
        <w:tc>
          <w:tcPr>
            <w:tcW w:w="1927" w:type="dxa"/>
            <w:tcMar>
              <w:top w:w="95" w:type="dxa"/>
              <w:left w:w="70" w:type="dxa"/>
              <w:bottom w:w="95" w:type="dxa"/>
              <w:right w:w="70" w:type="dxa"/>
            </w:tcMar>
            <w:vAlign w:val="center"/>
          </w:tcPr>
          <w:p w14:paraId="504315E4" w14:textId="77777777" w:rsidR="003372BD" w:rsidRDefault="00000000">
            <w:pPr>
              <w:spacing w:after="0" w:line="240" w:lineRule="auto"/>
              <w:jc w:val="center"/>
              <w:rPr>
                <w:rFonts w:hint="eastAsia"/>
              </w:rPr>
            </w:pPr>
            <w:r>
              <w:rPr>
                <w:i/>
                <w:color w:val="9A9A9A"/>
                <w:sz w:val="15"/>
              </w:rPr>
              <w:t>reutilizabil / unică folosință</w:t>
            </w:r>
          </w:p>
        </w:tc>
        <w:tc>
          <w:tcPr>
            <w:tcW w:w="1417" w:type="dxa"/>
            <w:tcMar>
              <w:top w:w="95" w:type="dxa"/>
              <w:left w:w="70" w:type="dxa"/>
              <w:bottom w:w="95" w:type="dxa"/>
              <w:right w:w="70" w:type="dxa"/>
            </w:tcMar>
            <w:vAlign w:val="center"/>
          </w:tcPr>
          <w:p w14:paraId="38ABB208" w14:textId="77777777" w:rsidR="003372BD" w:rsidRDefault="00000000">
            <w:pPr>
              <w:spacing w:after="0" w:line="240" w:lineRule="auto"/>
              <w:jc w:val="center"/>
              <w:rPr>
                <w:rFonts w:hint="eastAsia"/>
              </w:rPr>
            </w:pPr>
            <w:r>
              <w:rPr>
                <w:sz w:val="17"/>
              </w:rPr>
              <w:t xml:space="preserve"> </w:t>
            </w:r>
          </w:p>
        </w:tc>
        <w:tc>
          <w:tcPr>
            <w:tcW w:w="1757" w:type="dxa"/>
            <w:tcMar>
              <w:top w:w="95" w:type="dxa"/>
              <w:left w:w="70" w:type="dxa"/>
              <w:bottom w:w="95" w:type="dxa"/>
              <w:right w:w="70" w:type="dxa"/>
            </w:tcMar>
            <w:vAlign w:val="center"/>
          </w:tcPr>
          <w:p w14:paraId="2DD9AD75" w14:textId="77777777" w:rsidR="003372BD" w:rsidRDefault="00000000">
            <w:pPr>
              <w:spacing w:after="0" w:line="240" w:lineRule="auto"/>
              <w:jc w:val="center"/>
              <w:rPr>
                <w:rFonts w:hint="eastAsia"/>
              </w:rPr>
            </w:pPr>
            <w:r>
              <w:rPr>
                <w:sz w:val="17"/>
              </w:rPr>
              <w:t xml:space="preserve"> </w:t>
            </w:r>
          </w:p>
        </w:tc>
        <w:tc>
          <w:tcPr>
            <w:tcW w:w="2268" w:type="dxa"/>
            <w:tcMar>
              <w:top w:w="95" w:type="dxa"/>
              <w:left w:w="70" w:type="dxa"/>
              <w:bottom w:w="95" w:type="dxa"/>
              <w:right w:w="70" w:type="dxa"/>
            </w:tcMar>
            <w:vAlign w:val="center"/>
          </w:tcPr>
          <w:p w14:paraId="12E01F19" w14:textId="77777777" w:rsidR="003372BD" w:rsidRDefault="00000000">
            <w:pPr>
              <w:spacing w:after="0" w:line="240" w:lineRule="auto"/>
              <w:jc w:val="center"/>
              <w:rPr>
                <w:rFonts w:hint="eastAsia"/>
              </w:rPr>
            </w:pPr>
            <w:r>
              <w:rPr>
                <w:sz w:val="17"/>
              </w:rPr>
              <w:t xml:space="preserve"> </w:t>
            </w:r>
          </w:p>
        </w:tc>
        <w:tc>
          <w:tcPr>
            <w:tcW w:w="1814" w:type="dxa"/>
            <w:tcMar>
              <w:top w:w="95" w:type="dxa"/>
              <w:left w:w="70" w:type="dxa"/>
              <w:bottom w:w="95" w:type="dxa"/>
              <w:right w:w="70" w:type="dxa"/>
            </w:tcMar>
            <w:vAlign w:val="center"/>
          </w:tcPr>
          <w:p w14:paraId="3B15C166" w14:textId="77777777" w:rsidR="003372BD" w:rsidRDefault="00000000">
            <w:pPr>
              <w:spacing w:after="0" w:line="240" w:lineRule="auto"/>
              <w:jc w:val="center"/>
              <w:rPr>
                <w:rFonts w:hint="eastAsia"/>
              </w:rPr>
            </w:pPr>
            <w:r>
              <w:rPr>
                <w:sz w:val="17"/>
              </w:rPr>
              <w:t xml:space="preserve"> </w:t>
            </w:r>
          </w:p>
        </w:tc>
      </w:tr>
      <w:tr w:rsidR="003372BD" w14:paraId="6B7A6E75" w14:textId="77777777">
        <w:trPr>
          <w:jc w:val="center"/>
        </w:trPr>
        <w:tc>
          <w:tcPr>
            <w:tcW w:w="680" w:type="dxa"/>
            <w:tcMar>
              <w:top w:w="95" w:type="dxa"/>
              <w:left w:w="70" w:type="dxa"/>
              <w:bottom w:w="95" w:type="dxa"/>
              <w:right w:w="70" w:type="dxa"/>
            </w:tcMar>
            <w:vAlign w:val="center"/>
          </w:tcPr>
          <w:p w14:paraId="111107E1" w14:textId="77777777" w:rsidR="003372BD" w:rsidRDefault="00000000">
            <w:pPr>
              <w:spacing w:after="0" w:line="240" w:lineRule="auto"/>
              <w:jc w:val="center"/>
              <w:rPr>
                <w:rFonts w:hint="eastAsia"/>
              </w:rPr>
            </w:pPr>
            <w:r>
              <w:rPr>
                <w:color w:val="666666"/>
                <w:sz w:val="17"/>
              </w:rPr>
              <w:t>2</w:t>
            </w:r>
          </w:p>
        </w:tc>
        <w:tc>
          <w:tcPr>
            <w:tcW w:w="2835" w:type="dxa"/>
            <w:tcMar>
              <w:top w:w="95" w:type="dxa"/>
              <w:left w:w="70" w:type="dxa"/>
              <w:bottom w:w="95" w:type="dxa"/>
              <w:right w:w="70" w:type="dxa"/>
            </w:tcMar>
            <w:vAlign w:val="center"/>
          </w:tcPr>
          <w:p w14:paraId="5567FF6E" w14:textId="77777777" w:rsidR="003372BD" w:rsidRDefault="00000000">
            <w:pPr>
              <w:spacing w:after="0" w:line="240" w:lineRule="auto"/>
              <w:rPr>
                <w:rFonts w:hint="eastAsia"/>
              </w:rPr>
            </w:pPr>
            <w:r>
              <w:rPr>
                <w:sz w:val="17"/>
              </w:rPr>
              <w:t xml:space="preserve"> </w:t>
            </w:r>
          </w:p>
        </w:tc>
        <w:tc>
          <w:tcPr>
            <w:tcW w:w="1701" w:type="dxa"/>
            <w:tcMar>
              <w:top w:w="95" w:type="dxa"/>
              <w:left w:w="70" w:type="dxa"/>
              <w:bottom w:w="95" w:type="dxa"/>
              <w:right w:w="70" w:type="dxa"/>
            </w:tcMar>
            <w:vAlign w:val="center"/>
          </w:tcPr>
          <w:p w14:paraId="11BEFDC0" w14:textId="77777777" w:rsidR="003372BD" w:rsidRDefault="00000000">
            <w:pPr>
              <w:spacing w:after="0" w:line="240" w:lineRule="auto"/>
              <w:jc w:val="center"/>
              <w:rPr>
                <w:rFonts w:hint="eastAsia"/>
              </w:rPr>
            </w:pPr>
            <w:r>
              <w:rPr>
                <w:i/>
                <w:color w:val="9A9A9A"/>
                <w:sz w:val="16"/>
              </w:rPr>
              <w:t>sticlă / plastic / metal</w:t>
            </w:r>
          </w:p>
        </w:tc>
        <w:tc>
          <w:tcPr>
            <w:tcW w:w="1927" w:type="dxa"/>
            <w:tcMar>
              <w:top w:w="95" w:type="dxa"/>
              <w:left w:w="70" w:type="dxa"/>
              <w:bottom w:w="95" w:type="dxa"/>
              <w:right w:w="70" w:type="dxa"/>
            </w:tcMar>
            <w:vAlign w:val="center"/>
          </w:tcPr>
          <w:p w14:paraId="6719599B" w14:textId="77777777" w:rsidR="003372BD" w:rsidRDefault="00000000">
            <w:pPr>
              <w:spacing w:after="0" w:line="240" w:lineRule="auto"/>
              <w:jc w:val="center"/>
              <w:rPr>
                <w:rFonts w:hint="eastAsia"/>
              </w:rPr>
            </w:pPr>
            <w:r>
              <w:rPr>
                <w:i/>
                <w:color w:val="9A9A9A"/>
                <w:sz w:val="15"/>
              </w:rPr>
              <w:t>reutilizabil / unică folosință</w:t>
            </w:r>
          </w:p>
        </w:tc>
        <w:tc>
          <w:tcPr>
            <w:tcW w:w="1417" w:type="dxa"/>
            <w:tcMar>
              <w:top w:w="95" w:type="dxa"/>
              <w:left w:w="70" w:type="dxa"/>
              <w:bottom w:w="95" w:type="dxa"/>
              <w:right w:w="70" w:type="dxa"/>
            </w:tcMar>
            <w:vAlign w:val="center"/>
          </w:tcPr>
          <w:p w14:paraId="528F8B9D" w14:textId="77777777" w:rsidR="003372BD" w:rsidRDefault="00000000">
            <w:pPr>
              <w:spacing w:after="0" w:line="240" w:lineRule="auto"/>
              <w:jc w:val="center"/>
              <w:rPr>
                <w:rFonts w:hint="eastAsia"/>
              </w:rPr>
            </w:pPr>
            <w:r>
              <w:rPr>
                <w:sz w:val="17"/>
              </w:rPr>
              <w:t xml:space="preserve"> </w:t>
            </w:r>
          </w:p>
        </w:tc>
        <w:tc>
          <w:tcPr>
            <w:tcW w:w="1757" w:type="dxa"/>
            <w:tcMar>
              <w:top w:w="95" w:type="dxa"/>
              <w:left w:w="70" w:type="dxa"/>
              <w:bottom w:w="95" w:type="dxa"/>
              <w:right w:w="70" w:type="dxa"/>
            </w:tcMar>
            <w:vAlign w:val="center"/>
          </w:tcPr>
          <w:p w14:paraId="67EBECFC" w14:textId="77777777" w:rsidR="003372BD" w:rsidRDefault="00000000">
            <w:pPr>
              <w:spacing w:after="0" w:line="240" w:lineRule="auto"/>
              <w:jc w:val="center"/>
              <w:rPr>
                <w:rFonts w:hint="eastAsia"/>
              </w:rPr>
            </w:pPr>
            <w:r>
              <w:rPr>
                <w:sz w:val="17"/>
              </w:rPr>
              <w:t xml:space="preserve"> </w:t>
            </w:r>
          </w:p>
        </w:tc>
        <w:tc>
          <w:tcPr>
            <w:tcW w:w="2268" w:type="dxa"/>
            <w:tcMar>
              <w:top w:w="95" w:type="dxa"/>
              <w:left w:w="70" w:type="dxa"/>
              <w:bottom w:w="95" w:type="dxa"/>
              <w:right w:w="70" w:type="dxa"/>
            </w:tcMar>
            <w:vAlign w:val="center"/>
          </w:tcPr>
          <w:p w14:paraId="60EF6F6A" w14:textId="77777777" w:rsidR="003372BD" w:rsidRDefault="00000000">
            <w:pPr>
              <w:spacing w:after="0" w:line="240" w:lineRule="auto"/>
              <w:jc w:val="center"/>
              <w:rPr>
                <w:rFonts w:hint="eastAsia"/>
              </w:rPr>
            </w:pPr>
            <w:r>
              <w:rPr>
                <w:sz w:val="17"/>
              </w:rPr>
              <w:t xml:space="preserve"> </w:t>
            </w:r>
          </w:p>
        </w:tc>
        <w:tc>
          <w:tcPr>
            <w:tcW w:w="1814" w:type="dxa"/>
            <w:tcMar>
              <w:top w:w="95" w:type="dxa"/>
              <w:left w:w="70" w:type="dxa"/>
              <w:bottom w:w="95" w:type="dxa"/>
              <w:right w:w="70" w:type="dxa"/>
            </w:tcMar>
            <w:vAlign w:val="center"/>
          </w:tcPr>
          <w:p w14:paraId="5C92169D" w14:textId="77777777" w:rsidR="003372BD" w:rsidRDefault="00000000">
            <w:pPr>
              <w:spacing w:after="0" w:line="240" w:lineRule="auto"/>
              <w:jc w:val="center"/>
              <w:rPr>
                <w:rFonts w:hint="eastAsia"/>
              </w:rPr>
            </w:pPr>
            <w:r>
              <w:rPr>
                <w:sz w:val="17"/>
              </w:rPr>
              <w:t xml:space="preserve"> </w:t>
            </w:r>
          </w:p>
        </w:tc>
      </w:tr>
      <w:tr w:rsidR="003372BD" w14:paraId="13D26E8C" w14:textId="77777777">
        <w:trPr>
          <w:jc w:val="center"/>
        </w:trPr>
        <w:tc>
          <w:tcPr>
            <w:tcW w:w="680" w:type="dxa"/>
            <w:tcMar>
              <w:top w:w="95" w:type="dxa"/>
              <w:left w:w="70" w:type="dxa"/>
              <w:bottom w:w="95" w:type="dxa"/>
              <w:right w:w="70" w:type="dxa"/>
            </w:tcMar>
            <w:vAlign w:val="center"/>
          </w:tcPr>
          <w:p w14:paraId="52EC6E25" w14:textId="77777777" w:rsidR="003372BD" w:rsidRDefault="00000000">
            <w:pPr>
              <w:spacing w:after="0" w:line="240" w:lineRule="auto"/>
              <w:jc w:val="center"/>
              <w:rPr>
                <w:rFonts w:hint="eastAsia"/>
              </w:rPr>
            </w:pPr>
            <w:r>
              <w:rPr>
                <w:color w:val="666666"/>
                <w:sz w:val="17"/>
              </w:rPr>
              <w:t>3</w:t>
            </w:r>
          </w:p>
        </w:tc>
        <w:tc>
          <w:tcPr>
            <w:tcW w:w="2835" w:type="dxa"/>
            <w:tcMar>
              <w:top w:w="95" w:type="dxa"/>
              <w:left w:w="70" w:type="dxa"/>
              <w:bottom w:w="95" w:type="dxa"/>
              <w:right w:w="70" w:type="dxa"/>
            </w:tcMar>
            <w:vAlign w:val="center"/>
          </w:tcPr>
          <w:p w14:paraId="534A7428" w14:textId="77777777" w:rsidR="003372BD" w:rsidRDefault="00000000">
            <w:pPr>
              <w:spacing w:after="0" w:line="240" w:lineRule="auto"/>
              <w:rPr>
                <w:rFonts w:hint="eastAsia"/>
              </w:rPr>
            </w:pPr>
            <w:r>
              <w:rPr>
                <w:sz w:val="17"/>
              </w:rPr>
              <w:t xml:space="preserve"> </w:t>
            </w:r>
          </w:p>
        </w:tc>
        <w:tc>
          <w:tcPr>
            <w:tcW w:w="1701" w:type="dxa"/>
            <w:tcMar>
              <w:top w:w="95" w:type="dxa"/>
              <w:left w:w="70" w:type="dxa"/>
              <w:bottom w:w="95" w:type="dxa"/>
              <w:right w:w="70" w:type="dxa"/>
            </w:tcMar>
            <w:vAlign w:val="center"/>
          </w:tcPr>
          <w:p w14:paraId="6A56FFE4" w14:textId="77777777" w:rsidR="003372BD" w:rsidRDefault="00000000">
            <w:pPr>
              <w:spacing w:after="0" w:line="240" w:lineRule="auto"/>
              <w:jc w:val="center"/>
              <w:rPr>
                <w:rFonts w:hint="eastAsia"/>
              </w:rPr>
            </w:pPr>
            <w:r>
              <w:rPr>
                <w:i/>
                <w:color w:val="9A9A9A"/>
                <w:sz w:val="16"/>
              </w:rPr>
              <w:t>sticlă / plastic / metal</w:t>
            </w:r>
          </w:p>
        </w:tc>
        <w:tc>
          <w:tcPr>
            <w:tcW w:w="1927" w:type="dxa"/>
            <w:tcMar>
              <w:top w:w="95" w:type="dxa"/>
              <w:left w:w="70" w:type="dxa"/>
              <w:bottom w:w="95" w:type="dxa"/>
              <w:right w:w="70" w:type="dxa"/>
            </w:tcMar>
            <w:vAlign w:val="center"/>
          </w:tcPr>
          <w:p w14:paraId="26A3B41B" w14:textId="77777777" w:rsidR="003372BD" w:rsidRDefault="00000000">
            <w:pPr>
              <w:spacing w:after="0" w:line="240" w:lineRule="auto"/>
              <w:jc w:val="center"/>
              <w:rPr>
                <w:rFonts w:hint="eastAsia"/>
              </w:rPr>
            </w:pPr>
            <w:r>
              <w:rPr>
                <w:i/>
                <w:color w:val="9A9A9A"/>
                <w:sz w:val="15"/>
              </w:rPr>
              <w:t>reutilizabil / unică folosință</w:t>
            </w:r>
          </w:p>
        </w:tc>
        <w:tc>
          <w:tcPr>
            <w:tcW w:w="1417" w:type="dxa"/>
            <w:tcMar>
              <w:top w:w="95" w:type="dxa"/>
              <w:left w:w="70" w:type="dxa"/>
              <w:bottom w:w="95" w:type="dxa"/>
              <w:right w:w="70" w:type="dxa"/>
            </w:tcMar>
            <w:vAlign w:val="center"/>
          </w:tcPr>
          <w:p w14:paraId="71414752" w14:textId="77777777" w:rsidR="003372BD" w:rsidRDefault="00000000">
            <w:pPr>
              <w:spacing w:after="0" w:line="240" w:lineRule="auto"/>
              <w:jc w:val="center"/>
              <w:rPr>
                <w:rFonts w:hint="eastAsia"/>
              </w:rPr>
            </w:pPr>
            <w:r>
              <w:rPr>
                <w:sz w:val="17"/>
              </w:rPr>
              <w:t xml:space="preserve"> </w:t>
            </w:r>
          </w:p>
        </w:tc>
        <w:tc>
          <w:tcPr>
            <w:tcW w:w="1757" w:type="dxa"/>
            <w:tcMar>
              <w:top w:w="95" w:type="dxa"/>
              <w:left w:w="70" w:type="dxa"/>
              <w:bottom w:w="95" w:type="dxa"/>
              <w:right w:w="70" w:type="dxa"/>
            </w:tcMar>
            <w:vAlign w:val="center"/>
          </w:tcPr>
          <w:p w14:paraId="705A1AFC" w14:textId="77777777" w:rsidR="003372BD" w:rsidRDefault="00000000">
            <w:pPr>
              <w:spacing w:after="0" w:line="240" w:lineRule="auto"/>
              <w:jc w:val="center"/>
              <w:rPr>
                <w:rFonts w:hint="eastAsia"/>
              </w:rPr>
            </w:pPr>
            <w:r>
              <w:rPr>
                <w:sz w:val="17"/>
              </w:rPr>
              <w:t xml:space="preserve"> </w:t>
            </w:r>
          </w:p>
        </w:tc>
        <w:tc>
          <w:tcPr>
            <w:tcW w:w="2268" w:type="dxa"/>
            <w:tcMar>
              <w:top w:w="95" w:type="dxa"/>
              <w:left w:w="70" w:type="dxa"/>
              <w:bottom w:w="95" w:type="dxa"/>
              <w:right w:w="70" w:type="dxa"/>
            </w:tcMar>
            <w:vAlign w:val="center"/>
          </w:tcPr>
          <w:p w14:paraId="4BCA1BAC" w14:textId="77777777" w:rsidR="003372BD" w:rsidRDefault="00000000">
            <w:pPr>
              <w:spacing w:after="0" w:line="240" w:lineRule="auto"/>
              <w:jc w:val="center"/>
              <w:rPr>
                <w:rFonts w:hint="eastAsia"/>
              </w:rPr>
            </w:pPr>
            <w:r>
              <w:rPr>
                <w:sz w:val="17"/>
              </w:rPr>
              <w:t xml:space="preserve"> </w:t>
            </w:r>
          </w:p>
        </w:tc>
        <w:tc>
          <w:tcPr>
            <w:tcW w:w="1814" w:type="dxa"/>
            <w:tcMar>
              <w:top w:w="95" w:type="dxa"/>
              <w:left w:w="70" w:type="dxa"/>
              <w:bottom w:w="95" w:type="dxa"/>
              <w:right w:w="70" w:type="dxa"/>
            </w:tcMar>
            <w:vAlign w:val="center"/>
          </w:tcPr>
          <w:p w14:paraId="23948581" w14:textId="77777777" w:rsidR="003372BD" w:rsidRDefault="00000000">
            <w:pPr>
              <w:spacing w:after="0" w:line="240" w:lineRule="auto"/>
              <w:jc w:val="center"/>
              <w:rPr>
                <w:rFonts w:hint="eastAsia"/>
              </w:rPr>
            </w:pPr>
            <w:r>
              <w:rPr>
                <w:sz w:val="17"/>
              </w:rPr>
              <w:t xml:space="preserve"> </w:t>
            </w:r>
          </w:p>
        </w:tc>
      </w:tr>
      <w:tr w:rsidR="003372BD" w14:paraId="6ADEC0F8" w14:textId="77777777">
        <w:trPr>
          <w:jc w:val="center"/>
        </w:trPr>
        <w:tc>
          <w:tcPr>
            <w:tcW w:w="680" w:type="dxa"/>
            <w:tcMar>
              <w:top w:w="95" w:type="dxa"/>
              <w:left w:w="70" w:type="dxa"/>
              <w:bottom w:w="95" w:type="dxa"/>
              <w:right w:w="70" w:type="dxa"/>
            </w:tcMar>
            <w:vAlign w:val="center"/>
          </w:tcPr>
          <w:p w14:paraId="0AE7ABAF" w14:textId="77777777" w:rsidR="003372BD" w:rsidRDefault="00000000">
            <w:pPr>
              <w:spacing w:after="0" w:line="240" w:lineRule="auto"/>
              <w:jc w:val="center"/>
              <w:rPr>
                <w:rFonts w:hint="eastAsia"/>
              </w:rPr>
            </w:pPr>
            <w:r>
              <w:rPr>
                <w:color w:val="666666"/>
                <w:sz w:val="17"/>
              </w:rPr>
              <w:t>4</w:t>
            </w:r>
          </w:p>
        </w:tc>
        <w:tc>
          <w:tcPr>
            <w:tcW w:w="2835" w:type="dxa"/>
            <w:tcMar>
              <w:top w:w="95" w:type="dxa"/>
              <w:left w:w="70" w:type="dxa"/>
              <w:bottom w:w="95" w:type="dxa"/>
              <w:right w:w="70" w:type="dxa"/>
            </w:tcMar>
            <w:vAlign w:val="center"/>
          </w:tcPr>
          <w:p w14:paraId="74B1FC3D" w14:textId="77777777" w:rsidR="003372BD" w:rsidRDefault="00000000">
            <w:pPr>
              <w:spacing w:after="0" w:line="240" w:lineRule="auto"/>
              <w:rPr>
                <w:rFonts w:hint="eastAsia"/>
              </w:rPr>
            </w:pPr>
            <w:r>
              <w:rPr>
                <w:sz w:val="17"/>
              </w:rPr>
              <w:t xml:space="preserve"> </w:t>
            </w:r>
          </w:p>
        </w:tc>
        <w:tc>
          <w:tcPr>
            <w:tcW w:w="1701" w:type="dxa"/>
            <w:tcMar>
              <w:top w:w="95" w:type="dxa"/>
              <w:left w:w="70" w:type="dxa"/>
              <w:bottom w:w="95" w:type="dxa"/>
              <w:right w:w="70" w:type="dxa"/>
            </w:tcMar>
            <w:vAlign w:val="center"/>
          </w:tcPr>
          <w:p w14:paraId="6B269BAE" w14:textId="77777777" w:rsidR="003372BD" w:rsidRDefault="00000000">
            <w:pPr>
              <w:spacing w:after="0" w:line="240" w:lineRule="auto"/>
              <w:jc w:val="center"/>
              <w:rPr>
                <w:rFonts w:hint="eastAsia"/>
              </w:rPr>
            </w:pPr>
            <w:r>
              <w:rPr>
                <w:i/>
                <w:color w:val="9A9A9A"/>
                <w:sz w:val="16"/>
              </w:rPr>
              <w:t>sticlă / plastic / metal</w:t>
            </w:r>
          </w:p>
        </w:tc>
        <w:tc>
          <w:tcPr>
            <w:tcW w:w="1927" w:type="dxa"/>
            <w:tcMar>
              <w:top w:w="95" w:type="dxa"/>
              <w:left w:w="70" w:type="dxa"/>
              <w:bottom w:w="95" w:type="dxa"/>
              <w:right w:w="70" w:type="dxa"/>
            </w:tcMar>
            <w:vAlign w:val="center"/>
          </w:tcPr>
          <w:p w14:paraId="432F553A" w14:textId="77777777" w:rsidR="003372BD" w:rsidRDefault="00000000">
            <w:pPr>
              <w:spacing w:after="0" w:line="240" w:lineRule="auto"/>
              <w:jc w:val="center"/>
              <w:rPr>
                <w:rFonts w:hint="eastAsia"/>
              </w:rPr>
            </w:pPr>
            <w:r>
              <w:rPr>
                <w:i/>
                <w:color w:val="9A9A9A"/>
                <w:sz w:val="15"/>
              </w:rPr>
              <w:t>reutilizabil / unică folosință</w:t>
            </w:r>
          </w:p>
        </w:tc>
        <w:tc>
          <w:tcPr>
            <w:tcW w:w="1417" w:type="dxa"/>
            <w:tcMar>
              <w:top w:w="95" w:type="dxa"/>
              <w:left w:w="70" w:type="dxa"/>
              <w:bottom w:w="95" w:type="dxa"/>
              <w:right w:w="70" w:type="dxa"/>
            </w:tcMar>
            <w:vAlign w:val="center"/>
          </w:tcPr>
          <w:p w14:paraId="09E56505" w14:textId="77777777" w:rsidR="003372BD" w:rsidRDefault="00000000">
            <w:pPr>
              <w:spacing w:after="0" w:line="240" w:lineRule="auto"/>
              <w:jc w:val="center"/>
              <w:rPr>
                <w:rFonts w:hint="eastAsia"/>
              </w:rPr>
            </w:pPr>
            <w:r>
              <w:rPr>
                <w:sz w:val="17"/>
              </w:rPr>
              <w:t xml:space="preserve"> </w:t>
            </w:r>
          </w:p>
        </w:tc>
        <w:tc>
          <w:tcPr>
            <w:tcW w:w="1757" w:type="dxa"/>
            <w:tcMar>
              <w:top w:w="95" w:type="dxa"/>
              <w:left w:w="70" w:type="dxa"/>
              <w:bottom w:w="95" w:type="dxa"/>
              <w:right w:w="70" w:type="dxa"/>
            </w:tcMar>
            <w:vAlign w:val="center"/>
          </w:tcPr>
          <w:p w14:paraId="40612737" w14:textId="77777777" w:rsidR="003372BD" w:rsidRDefault="00000000">
            <w:pPr>
              <w:spacing w:after="0" w:line="240" w:lineRule="auto"/>
              <w:jc w:val="center"/>
              <w:rPr>
                <w:rFonts w:hint="eastAsia"/>
              </w:rPr>
            </w:pPr>
            <w:r>
              <w:rPr>
                <w:sz w:val="17"/>
              </w:rPr>
              <w:t xml:space="preserve"> </w:t>
            </w:r>
          </w:p>
        </w:tc>
        <w:tc>
          <w:tcPr>
            <w:tcW w:w="2268" w:type="dxa"/>
            <w:tcMar>
              <w:top w:w="95" w:type="dxa"/>
              <w:left w:w="70" w:type="dxa"/>
              <w:bottom w:w="95" w:type="dxa"/>
              <w:right w:w="70" w:type="dxa"/>
            </w:tcMar>
            <w:vAlign w:val="center"/>
          </w:tcPr>
          <w:p w14:paraId="6A2A3DDF" w14:textId="77777777" w:rsidR="003372BD" w:rsidRDefault="00000000">
            <w:pPr>
              <w:spacing w:after="0" w:line="240" w:lineRule="auto"/>
              <w:jc w:val="center"/>
              <w:rPr>
                <w:rFonts w:hint="eastAsia"/>
              </w:rPr>
            </w:pPr>
            <w:r>
              <w:rPr>
                <w:sz w:val="17"/>
              </w:rPr>
              <w:t xml:space="preserve"> </w:t>
            </w:r>
          </w:p>
        </w:tc>
        <w:tc>
          <w:tcPr>
            <w:tcW w:w="1814" w:type="dxa"/>
            <w:tcMar>
              <w:top w:w="95" w:type="dxa"/>
              <w:left w:w="70" w:type="dxa"/>
              <w:bottom w:w="95" w:type="dxa"/>
              <w:right w:w="70" w:type="dxa"/>
            </w:tcMar>
            <w:vAlign w:val="center"/>
          </w:tcPr>
          <w:p w14:paraId="71948C7E" w14:textId="77777777" w:rsidR="003372BD" w:rsidRDefault="00000000">
            <w:pPr>
              <w:spacing w:after="0" w:line="240" w:lineRule="auto"/>
              <w:jc w:val="center"/>
              <w:rPr>
                <w:rFonts w:hint="eastAsia"/>
              </w:rPr>
            </w:pPr>
            <w:r>
              <w:rPr>
                <w:sz w:val="17"/>
              </w:rPr>
              <w:t xml:space="preserve"> </w:t>
            </w:r>
          </w:p>
        </w:tc>
      </w:tr>
      <w:tr w:rsidR="003372BD" w14:paraId="65C4CDA3" w14:textId="77777777">
        <w:trPr>
          <w:jc w:val="center"/>
        </w:trPr>
        <w:tc>
          <w:tcPr>
            <w:tcW w:w="680" w:type="dxa"/>
            <w:tcMar>
              <w:top w:w="95" w:type="dxa"/>
              <w:left w:w="70" w:type="dxa"/>
              <w:bottom w:w="95" w:type="dxa"/>
              <w:right w:w="70" w:type="dxa"/>
            </w:tcMar>
            <w:vAlign w:val="center"/>
          </w:tcPr>
          <w:p w14:paraId="7E9DEC64" w14:textId="77777777" w:rsidR="003372BD" w:rsidRDefault="00000000">
            <w:pPr>
              <w:spacing w:after="0" w:line="240" w:lineRule="auto"/>
              <w:jc w:val="center"/>
              <w:rPr>
                <w:rFonts w:hint="eastAsia"/>
              </w:rPr>
            </w:pPr>
            <w:r>
              <w:rPr>
                <w:color w:val="666666"/>
                <w:sz w:val="17"/>
              </w:rPr>
              <w:t>5</w:t>
            </w:r>
          </w:p>
        </w:tc>
        <w:tc>
          <w:tcPr>
            <w:tcW w:w="2835" w:type="dxa"/>
            <w:tcMar>
              <w:top w:w="95" w:type="dxa"/>
              <w:left w:w="70" w:type="dxa"/>
              <w:bottom w:w="95" w:type="dxa"/>
              <w:right w:w="70" w:type="dxa"/>
            </w:tcMar>
            <w:vAlign w:val="center"/>
          </w:tcPr>
          <w:p w14:paraId="0B82B3BD" w14:textId="77777777" w:rsidR="003372BD" w:rsidRDefault="00000000">
            <w:pPr>
              <w:spacing w:after="0" w:line="240" w:lineRule="auto"/>
              <w:rPr>
                <w:rFonts w:hint="eastAsia"/>
              </w:rPr>
            </w:pPr>
            <w:r>
              <w:rPr>
                <w:sz w:val="17"/>
              </w:rPr>
              <w:t xml:space="preserve"> </w:t>
            </w:r>
          </w:p>
        </w:tc>
        <w:tc>
          <w:tcPr>
            <w:tcW w:w="1701" w:type="dxa"/>
            <w:tcMar>
              <w:top w:w="95" w:type="dxa"/>
              <w:left w:w="70" w:type="dxa"/>
              <w:bottom w:w="95" w:type="dxa"/>
              <w:right w:w="70" w:type="dxa"/>
            </w:tcMar>
            <w:vAlign w:val="center"/>
          </w:tcPr>
          <w:p w14:paraId="3036136E" w14:textId="77777777" w:rsidR="003372BD" w:rsidRDefault="00000000">
            <w:pPr>
              <w:spacing w:after="0" w:line="240" w:lineRule="auto"/>
              <w:jc w:val="center"/>
              <w:rPr>
                <w:rFonts w:hint="eastAsia"/>
              </w:rPr>
            </w:pPr>
            <w:r>
              <w:rPr>
                <w:i/>
                <w:color w:val="9A9A9A"/>
                <w:sz w:val="16"/>
              </w:rPr>
              <w:t>sticlă / plastic / metal</w:t>
            </w:r>
          </w:p>
        </w:tc>
        <w:tc>
          <w:tcPr>
            <w:tcW w:w="1927" w:type="dxa"/>
            <w:tcMar>
              <w:top w:w="95" w:type="dxa"/>
              <w:left w:w="70" w:type="dxa"/>
              <w:bottom w:w="95" w:type="dxa"/>
              <w:right w:w="70" w:type="dxa"/>
            </w:tcMar>
            <w:vAlign w:val="center"/>
          </w:tcPr>
          <w:p w14:paraId="25943E86" w14:textId="77777777" w:rsidR="003372BD" w:rsidRDefault="00000000">
            <w:pPr>
              <w:spacing w:after="0" w:line="240" w:lineRule="auto"/>
              <w:jc w:val="center"/>
              <w:rPr>
                <w:rFonts w:hint="eastAsia"/>
              </w:rPr>
            </w:pPr>
            <w:r>
              <w:rPr>
                <w:i/>
                <w:color w:val="9A9A9A"/>
                <w:sz w:val="15"/>
              </w:rPr>
              <w:t>reutilizabil / unică folosință</w:t>
            </w:r>
          </w:p>
        </w:tc>
        <w:tc>
          <w:tcPr>
            <w:tcW w:w="1417" w:type="dxa"/>
            <w:tcMar>
              <w:top w:w="95" w:type="dxa"/>
              <w:left w:w="70" w:type="dxa"/>
              <w:bottom w:w="95" w:type="dxa"/>
              <w:right w:w="70" w:type="dxa"/>
            </w:tcMar>
            <w:vAlign w:val="center"/>
          </w:tcPr>
          <w:p w14:paraId="432F732C" w14:textId="77777777" w:rsidR="003372BD" w:rsidRDefault="00000000">
            <w:pPr>
              <w:spacing w:after="0" w:line="240" w:lineRule="auto"/>
              <w:jc w:val="center"/>
              <w:rPr>
                <w:rFonts w:hint="eastAsia"/>
              </w:rPr>
            </w:pPr>
            <w:r>
              <w:rPr>
                <w:sz w:val="17"/>
              </w:rPr>
              <w:t xml:space="preserve"> </w:t>
            </w:r>
          </w:p>
        </w:tc>
        <w:tc>
          <w:tcPr>
            <w:tcW w:w="1757" w:type="dxa"/>
            <w:tcMar>
              <w:top w:w="95" w:type="dxa"/>
              <w:left w:w="70" w:type="dxa"/>
              <w:bottom w:w="95" w:type="dxa"/>
              <w:right w:w="70" w:type="dxa"/>
            </w:tcMar>
            <w:vAlign w:val="center"/>
          </w:tcPr>
          <w:p w14:paraId="0E622652" w14:textId="77777777" w:rsidR="003372BD" w:rsidRDefault="00000000">
            <w:pPr>
              <w:spacing w:after="0" w:line="240" w:lineRule="auto"/>
              <w:jc w:val="center"/>
              <w:rPr>
                <w:rFonts w:hint="eastAsia"/>
              </w:rPr>
            </w:pPr>
            <w:r>
              <w:rPr>
                <w:sz w:val="17"/>
              </w:rPr>
              <w:t xml:space="preserve"> </w:t>
            </w:r>
          </w:p>
        </w:tc>
        <w:tc>
          <w:tcPr>
            <w:tcW w:w="2268" w:type="dxa"/>
            <w:tcMar>
              <w:top w:w="95" w:type="dxa"/>
              <w:left w:w="70" w:type="dxa"/>
              <w:bottom w:w="95" w:type="dxa"/>
              <w:right w:w="70" w:type="dxa"/>
            </w:tcMar>
            <w:vAlign w:val="center"/>
          </w:tcPr>
          <w:p w14:paraId="6664C844" w14:textId="77777777" w:rsidR="003372BD" w:rsidRDefault="00000000">
            <w:pPr>
              <w:spacing w:after="0" w:line="240" w:lineRule="auto"/>
              <w:jc w:val="center"/>
              <w:rPr>
                <w:rFonts w:hint="eastAsia"/>
              </w:rPr>
            </w:pPr>
            <w:r>
              <w:rPr>
                <w:sz w:val="17"/>
              </w:rPr>
              <w:t xml:space="preserve"> </w:t>
            </w:r>
          </w:p>
        </w:tc>
        <w:tc>
          <w:tcPr>
            <w:tcW w:w="1814" w:type="dxa"/>
            <w:tcMar>
              <w:top w:w="95" w:type="dxa"/>
              <w:left w:w="70" w:type="dxa"/>
              <w:bottom w:w="95" w:type="dxa"/>
              <w:right w:w="70" w:type="dxa"/>
            </w:tcMar>
            <w:vAlign w:val="center"/>
          </w:tcPr>
          <w:p w14:paraId="4363C68C" w14:textId="77777777" w:rsidR="003372BD" w:rsidRDefault="00000000">
            <w:pPr>
              <w:spacing w:after="0" w:line="240" w:lineRule="auto"/>
              <w:jc w:val="center"/>
              <w:rPr>
                <w:rFonts w:hint="eastAsia"/>
              </w:rPr>
            </w:pPr>
            <w:r>
              <w:rPr>
                <w:sz w:val="17"/>
              </w:rPr>
              <w:t xml:space="preserve"> </w:t>
            </w:r>
          </w:p>
        </w:tc>
      </w:tr>
      <w:tr w:rsidR="003372BD" w14:paraId="651D0B3A" w14:textId="77777777">
        <w:trPr>
          <w:jc w:val="center"/>
        </w:trPr>
        <w:tc>
          <w:tcPr>
            <w:tcW w:w="680" w:type="dxa"/>
            <w:tcMar>
              <w:top w:w="95" w:type="dxa"/>
              <w:left w:w="70" w:type="dxa"/>
              <w:bottom w:w="95" w:type="dxa"/>
              <w:right w:w="70" w:type="dxa"/>
            </w:tcMar>
            <w:vAlign w:val="center"/>
          </w:tcPr>
          <w:p w14:paraId="4A11CBD1" w14:textId="77777777" w:rsidR="003372BD" w:rsidRDefault="00000000">
            <w:pPr>
              <w:spacing w:after="0" w:line="240" w:lineRule="auto"/>
              <w:jc w:val="center"/>
              <w:rPr>
                <w:rFonts w:hint="eastAsia"/>
              </w:rPr>
            </w:pPr>
            <w:r>
              <w:rPr>
                <w:color w:val="666666"/>
                <w:sz w:val="17"/>
              </w:rPr>
              <w:t>6</w:t>
            </w:r>
          </w:p>
        </w:tc>
        <w:tc>
          <w:tcPr>
            <w:tcW w:w="2835" w:type="dxa"/>
            <w:tcMar>
              <w:top w:w="95" w:type="dxa"/>
              <w:left w:w="70" w:type="dxa"/>
              <w:bottom w:w="95" w:type="dxa"/>
              <w:right w:w="70" w:type="dxa"/>
            </w:tcMar>
            <w:vAlign w:val="center"/>
          </w:tcPr>
          <w:p w14:paraId="27C4F675" w14:textId="77777777" w:rsidR="003372BD" w:rsidRDefault="00000000">
            <w:pPr>
              <w:spacing w:after="0" w:line="240" w:lineRule="auto"/>
              <w:rPr>
                <w:rFonts w:hint="eastAsia"/>
              </w:rPr>
            </w:pPr>
            <w:r>
              <w:rPr>
                <w:sz w:val="17"/>
              </w:rPr>
              <w:t xml:space="preserve"> </w:t>
            </w:r>
          </w:p>
        </w:tc>
        <w:tc>
          <w:tcPr>
            <w:tcW w:w="1701" w:type="dxa"/>
            <w:tcMar>
              <w:top w:w="95" w:type="dxa"/>
              <w:left w:w="70" w:type="dxa"/>
              <w:bottom w:w="95" w:type="dxa"/>
              <w:right w:w="70" w:type="dxa"/>
            </w:tcMar>
            <w:vAlign w:val="center"/>
          </w:tcPr>
          <w:p w14:paraId="4A2F9EB3" w14:textId="77777777" w:rsidR="003372BD" w:rsidRDefault="00000000">
            <w:pPr>
              <w:spacing w:after="0" w:line="240" w:lineRule="auto"/>
              <w:jc w:val="center"/>
              <w:rPr>
                <w:rFonts w:hint="eastAsia"/>
              </w:rPr>
            </w:pPr>
            <w:r>
              <w:rPr>
                <w:i/>
                <w:color w:val="9A9A9A"/>
                <w:sz w:val="16"/>
              </w:rPr>
              <w:t>sticlă / plastic / metal</w:t>
            </w:r>
          </w:p>
        </w:tc>
        <w:tc>
          <w:tcPr>
            <w:tcW w:w="1927" w:type="dxa"/>
            <w:tcMar>
              <w:top w:w="95" w:type="dxa"/>
              <w:left w:w="70" w:type="dxa"/>
              <w:bottom w:w="95" w:type="dxa"/>
              <w:right w:w="70" w:type="dxa"/>
            </w:tcMar>
            <w:vAlign w:val="center"/>
          </w:tcPr>
          <w:p w14:paraId="1FE81BB6" w14:textId="77777777" w:rsidR="003372BD" w:rsidRDefault="00000000">
            <w:pPr>
              <w:spacing w:after="0" w:line="240" w:lineRule="auto"/>
              <w:jc w:val="center"/>
              <w:rPr>
                <w:rFonts w:hint="eastAsia"/>
              </w:rPr>
            </w:pPr>
            <w:r>
              <w:rPr>
                <w:i/>
                <w:color w:val="9A9A9A"/>
                <w:sz w:val="15"/>
              </w:rPr>
              <w:t>reutilizabil / unică folosință</w:t>
            </w:r>
          </w:p>
        </w:tc>
        <w:tc>
          <w:tcPr>
            <w:tcW w:w="1417" w:type="dxa"/>
            <w:tcMar>
              <w:top w:w="95" w:type="dxa"/>
              <w:left w:w="70" w:type="dxa"/>
              <w:bottom w:w="95" w:type="dxa"/>
              <w:right w:w="70" w:type="dxa"/>
            </w:tcMar>
            <w:vAlign w:val="center"/>
          </w:tcPr>
          <w:p w14:paraId="267BD110" w14:textId="77777777" w:rsidR="003372BD" w:rsidRDefault="00000000">
            <w:pPr>
              <w:spacing w:after="0" w:line="240" w:lineRule="auto"/>
              <w:jc w:val="center"/>
              <w:rPr>
                <w:rFonts w:hint="eastAsia"/>
              </w:rPr>
            </w:pPr>
            <w:r>
              <w:rPr>
                <w:sz w:val="17"/>
              </w:rPr>
              <w:t xml:space="preserve"> </w:t>
            </w:r>
          </w:p>
        </w:tc>
        <w:tc>
          <w:tcPr>
            <w:tcW w:w="1757" w:type="dxa"/>
            <w:tcMar>
              <w:top w:w="95" w:type="dxa"/>
              <w:left w:w="70" w:type="dxa"/>
              <w:bottom w:w="95" w:type="dxa"/>
              <w:right w:w="70" w:type="dxa"/>
            </w:tcMar>
            <w:vAlign w:val="center"/>
          </w:tcPr>
          <w:p w14:paraId="77101246" w14:textId="77777777" w:rsidR="003372BD" w:rsidRDefault="00000000">
            <w:pPr>
              <w:spacing w:after="0" w:line="240" w:lineRule="auto"/>
              <w:jc w:val="center"/>
              <w:rPr>
                <w:rFonts w:hint="eastAsia"/>
              </w:rPr>
            </w:pPr>
            <w:r>
              <w:rPr>
                <w:sz w:val="17"/>
              </w:rPr>
              <w:t xml:space="preserve"> </w:t>
            </w:r>
          </w:p>
        </w:tc>
        <w:tc>
          <w:tcPr>
            <w:tcW w:w="2268" w:type="dxa"/>
            <w:tcMar>
              <w:top w:w="95" w:type="dxa"/>
              <w:left w:w="70" w:type="dxa"/>
              <w:bottom w:w="95" w:type="dxa"/>
              <w:right w:w="70" w:type="dxa"/>
            </w:tcMar>
            <w:vAlign w:val="center"/>
          </w:tcPr>
          <w:p w14:paraId="3E9A01DD" w14:textId="77777777" w:rsidR="003372BD" w:rsidRDefault="00000000">
            <w:pPr>
              <w:spacing w:after="0" w:line="240" w:lineRule="auto"/>
              <w:jc w:val="center"/>
              <w:rPr>
                <w:rFonts w:hint="eastAsia"/>
              </w:rPr>
            </w:pPr>
            <w:r>
              <w:rPr>
                <w:sz w:val="17"/>
              </w:rPr>
              <w:t xml:space="preserve"> </w:t>
            </w:r>
          </w:p>
        </w:tc>
        <w:tc>
          <w:tcPr>
            <w:tcW w:w="1814" w:type="dxa"/>
            <w:tcMar>
              <w:top w:w="95" w:type="dxa"/>
              <w:left w:w="70" w:type="dxa"/>
              <w:bottom w:w="95" w:type="dxa"/>
              <w:right w:w="70" w:type="dxa"/>
            </w:tcMar>
            <w:vAlign w:val="center"/>
          </w:tcPr>
          <w:p w14:paraId="35464DA2" w14:textId="77777777" w:rsidR="003372BD" w:rsidRDefault="00000000">
            <w:pPr>
              <w:spacing w:after="0" w:line="240" w:lineRule="auto"/>
              <w:jc w:val="center"/>
              <w:rPr>
                <w:rFonts w:hint="eastAsia"/>
              </w:rPr>
            </w:pPr>
            <w:r>
              <w:rPr>
                <w:sz w:val="17"/>
              </w:rPr>
              <w:t xml:space="preserve"> </w:t>
            </w:r>
          </w:p>
        </w:tc>
      </w:tr>
      <w:tr w:rsidR="003372BD" w14:paraId="143AD05A" w14:textId="77777777">
        <w:trPr>
          <w:jc w:val="center"/>
        </w:trPr>
        <w:tc>
          <w:tcPr>
            <w:tcW w:w="680" w:type="dxa"/>
            <w:tcMar>
              <w:top w:w="95" w:type="dxa"/>
              <w:left w:w="70" w:type="dxa"/>
              <w:bottom w:w="95" w:type="dxa"/>
              <w:right w:w="70" w:type="dxa"/>
            </w:tcMar>
            <w:vAlign w:val="center"/>
          </w:tcPr>
          <w:p w14:paraId="2644A5EF" w14:textId="77777777" w:rsidR="003372BD" w:rsidRDefault="00000000">
            <w:pPr>
              <w:spacing w:after="0" w:line="240" w:lineRule="auto"/>
              <w:jc w:val="center"/>
              <w:rPr>
                <w:rFonts w:hint="eastAsia"/>
              </w:rPr>
            </w:pPr>
            <w:r>
              <w:rPr>
                <w:color w:val="666666"/>
                <w:sz w:val="17"/>
              </w:rPr>
              <w:t>7</w:t>
            </w:r>
          </w:p>
        </w:tc>
        <w:tc>
          <w:tcPr>
            <w:tcW w:w="2835" w:type="dxa"/>
            <w:tcMar>
              <w:top w:w="95" w:type="dxa"/>
              <w:left w:w="70" w:type="dxa"/>
              <w:bottom w:w="95" w:type="dxa"/>
              <w:right w:w="70" w:type="dxa"/>
            </w:tcMar>
            <w:vAlign w:val="center"/>
          </w:tcPr>
          <w:p w14:paraId="329E90F3" w14:textId="77777777" w:rsidR="003372BD" w:rsidRDefault="00000000">
            <w:pPr>
              <w:spacing w:after="0" w:line="240" w:lineRule="auto"/>
              <w:rPr>
                <w:rFonts w:hint="eastAsia"/>
              </w:rPr>
            </w:pPr>
            <w:r>
              <w:rPr>
                <w:sz w:val="17"/>
              </w:rPr>
              <w:t xml:space="preserve"> </w:t>
            </w:r>
          </w:p>
        </w:tc>
        <w:tc>
          <w:tcPr>
            <w:tcW w:w="1701" w:type="dxa"/>
            <w:tcMar>
              <w:top w:w="95" w:type="dxa"/>
              <w:left w:w="70" w:type="dxa"/>
              <w:bottom w:w="95" w:type="dxa"/>
              <w:right w:w="70" w:type="dxa"/>
            </w:tcMar>
            <w:vAlign w:val="center"/>
          </w:tcPr>
          <w:p w14:paraId="082B8CED" w14:textId="77777777" w:rsidR="003372BD" w:rsidRDefault="00000000">
            <w:pPr>
              <w:spacing w:after="0" w:line="240" w:lineRule="auto"/>
              <w:jc w:val="center"/>
              <w:rPr>
                <w:rFonts w:hint="eastAsia"/>
              </w:rPr>
            </w:pPr>
            <w:r>
              <w:rPr>
                <w:i/>
                <w:color w:val="9A9A9A"/>
                <w:sz w:val="16"/>
              </w:rPr>
              <w:t>sticlă / plastic / metal</w:t>
            </w:r>
          </w:p>
        </w:tc>
        <w:tc>
          <w:tcPr>
            <w:tcW w:w="1927" w:type="dxa"/>
            <w:tcMar>
              <w:top w:w="95" w:type="dxa"/>
              <w:left w:w="70" w:type="dxa"/>
              <w:bottom w:w="95" w:type="dxa"/>
              <w:right w:w="70" w:type="dxa"/>
            </w:tcMar>
            <w:vAlign w:val="center"/>
          </w:tcPr>
          <w:p w14:paraId="09CA20FD" w14:textId="77777777" w:rsidR="003372BD" w:rsidRDefault="00000000">
            <w:pPr>
              <w:spacing w:after="0" w:line="240" w:lineRule="auto"/>
              <w:jc w:val="center"/>
              <w:rPr>
                <w:rFonts w:hint="eastAsia"/>
              </w:rPr>
            </w:pPr>
            <w:r>
              <w:rPr>
                <w:i/>
                <w:color w:val="9A9A9A"/>
                <w:sz w:val="15"/>
              </w:rPr>
              <w:t>reutilizabil / unică folosință</w:t>
            </w:r>
          </w:p>
        </w:tc>
        <w:tc>
          <w:tcPr>
            <w:tcW w:w="1417" w:type="dxa"/>
            <w:tcMar>
              <w:top w:w="95" w:type="dxa"/>
              <w:left w:w="70" w:type="dxa"/>
              <w:bottom w:w="95" w:type="dxa"/>
              <w:right w:w="70" w:type="dxa"/>
            </w:tcMar>
            <w:vAlign w:val="center"/>
          </w:tcPr>
          <w:p w14:paraId="2A6048ED" w14:textId="77777777" w:rsidR="003372BD" w:rsidRDefault="00000000">
            <w:pPr>
              <w:spacing w:after="0" w:line="240" w:lineRule="auto"/>
              <w:jc w:val="center"/>
              <w:rPr>
                <w:rFonts w:hint="eastAsia"/>
              </w:rPr>
            </w:pPr>
            <w:r>
              <w:rPr>
                <w:sz w:val="17"/>
              </w:rPr>
              <w:t xml:space="preserve"> </w:t>
            </w:r>
          </w:p>
        </w:tc>
        <w:tc>
          <w:tcPr>
            <w:tcW w:w="1757" w:type="dxa"/>
            <w:tcMar>
              <w:top w:w="95" w:type="dxa"/>
              <w:left w:w="70" w:type="dxa"/>
              <w:bottom w:w="95" w:type="dxa"/>
              <w:right w:w="70" w:type="dxa"/>
            </w:tcMar>
            <w:vAlign w:val="center"/>
          </w:tcPr>
          <w:p w14:paraId="4ADA7CB8" w14:textId="77777777" w:rsidR="003372BD" w:rsidRDefault="00000000">
            <w:pPr>
              <w:spacing w:after="0" w:line="240" w:lineRule="auto"/>
              <w:jc w:val="center"/>
              <w:rPr>
                <w:rFonts w:hint="eastAsia"/>
              </w:rPr>
            </w:pPr>
            <w:r>
              <w:rPr>
                <w:sz w:val="17"/>
              </w:rPr>
              <w:t xml:space="preserve"> </w:t>
            </w:r>
          </w:p>
        </w:tc>
        <w:tc>
          <w:tcPr>
            <w:tcW w:w="2268" w:type="dxa"/>
            <w:tcMar>
              <w:top w:w="95" w:type="dxa"/>
              <w:left w:w="70" w:type="dxa"/>
              <w:bottom w:w="95" w:type="dxa"/>
              <w:right w:w="70" w:type="dxa"/>
            </w:tcMar>
            <w:vAlign w:val="center"/>
          </w:tcPr>
          <w:p w14:paraId="3AEF89C4" w14:textId="77777777" w:rsidR="003372BD" w:rsidRDefault="00000000">
            <w:pPr>
              <w:spacing w:after="0" w:line="240" w:lineRule="auto"/>
              <w:jc w:val="center"/>
              <w:rPr>
                <w:rFonts w:hint="eastAsia"/>
              </w:rPr>
            </w:pPr>
            <w:r>
              <w:rPr>
                <w:sz w:val="17"/>
              </w:rPr>
              <w:t xml:space="preserve"> </w:t>
            </w:r>
          </w:p>
        </w:tc>
        <w:tc>
          <w:tcPr>
            <w:tcW w:w="1814" w:type="dxa"/>
            <w:tcMar>
              <w:top w:w="95" w:type="dxa"/>
              <w:left w:w="70" w:type="dxa"/>
              <w:bottom w:w="95" w:type="dxa"/>
              <w:right w:w="70" w:type="dxa"/>
            </w:tcMar>
            <w:vAlign w:val="center"/>
          </w:tcPr>
          <w:p w14:paraId="128505C3" w14:textId="77777777" w:rsidR="003372BD" w:rsidRDefault="00000000">
            <w:pPr>
              <w:spacing w:after="0" w:line="240" w:lineRule="auto"/>
              <w:jc w:val="center"/>
              <w:rPr>
                <w:rFonts w:hint="eastAsia"/>
              </w:rPr>
            </w:pPr>
            <w:r>
              <w:rPr>
                <w:sz w:val="17"/>
              </w:rPr>
              <w:t xml:space="preserve"> </w:t>
            </w:r>
          </w:p>
        </w:tc>
      </w:tr>
      <w:tr w:rsidR="003372BD" w14:paraId="2B84BDFB" w14:textId="77777777">
        <w:trPr>
          <w:jc w:val="center"/>
        </w:trPr>
        <w:tc>
          <w:tcPr>
            <w:tcW w:w="680" w:type="dxa"/>
            <w:tcMar>
              <w:top w:w="95" w:type="dxa"/>
              <w:left w:w="70" w:type="dxa"/>
              <w:bottom w:w="95" w:type="dxa"/>
              <w:right w:w="70" w:type="dxa"/>
            </w:tcMar>
            <w:vAlign w:val="center"/>
          </w:tcPr>
          <w:p w14:paraId="2F57BD40" w14:textId="77777777" w:rsidR="003372BD" w:rsidRDefault="00000000">
            <w:pPr>
              <w:spacing w:after="0" w:line="240" w:lineRule="auto"/>
              <w:jc w:val="center"/>
              <w:rPr>
                <w:rFonts w:hint="eastAsia"/>
              </w:rPr>
            </w:pPr>
            <w:r>
              <w:rPr>
                <w:color w:val="666666"/>
                <w:sz w:val="17"/>
              </w:rPr>
              <w:t>8</w:t>
            </w:r>
          </w:p>
        </w:tc>
        <w:tc>
          <w:tcPr>
            <w:tcW w:w="2835" w:type="dxa"/>
            <w:tcMar>
              <w:top w:w="95" w:type="dxa"/>
              <w:left w:w="70" w:type="dxa"/>
              <w:bottom w:w="95" w:type="dxa"/>
              <w:right w:w="70" w:type="dxa"/>
            </w:tcMar>
            <w:vAlign w:val="center"/>
          </w:tcPr>
          <w:p w14:paraId="54040EB3" w14:textId="77777777" w:rsidR="003372BD" w:rsidRDefault="00000000">
            <w:pPr>
              <w:spacing w:after="0" w:line="240" w:lineRule="auto"/>
              <w:rPr>
                <w:rFonts w:hint="eastAsia"/>
              </w:rPr>
            </w:pPr>
            <w:r>
              <w:rPr>
                <w:sz w:val="17"/>
              </w:rPr>
              <w:t xml:space="preserve"> </w:t>
            </w:r>
          </w:p>
        </w:tc>
        <w:tc>
          <w:tcPr>
            <w:tcW w:w="1701" w:type="dxa"/>
            <w:tcMar>
              <w:top w:w="95" w:type="dxa"/>
              <w:left w:w="70" w:type="dxa"/>
              <w:bottom w:w="95" w:type="dxa"/>
              <w:right w:w="70" w:type="dxa"/>
            </w:tcMar>
            <w:vAlign w:val="center"/>
          </w:tcPr>
          <w:p w14:paraId="3AB4C9AF" w14:textId="77777777" w:rsidR="003372BD" w:rsidRDefault="00000000">
            <w:pPr>
              <w:spacing w:after="0" w:line="240" w:lineRule="auto"/>
              <w:jc w:val="center"/>
              <w:rPr>
                <w:rFonts w:hint="eastAsia"/>
              </w:rPr>
            </w:pPr>
            <w:r>
              <w:rPr>
                <w:i/>
                <w:color w:val="9A9A9A"/>
                <w:sz w:val="16"/>
              </w:rPr>
              <w:t>sticlă / plastic / metal</w:t>
            </w:r>
          </w:p>
        </w:tc>
        <w:tc>
          <w:tcPr>
            <w:tcW w:w="1927" w:type="dxa"/>
            <w:tcMar>
              <w:top w:w="95" w:type="dxa"/>
              <w:left w:w="70" w:type="dxa"/>
              <w:bottom w:w="95" w:type="dxa"/>
              <w:right w:w="70" w:type="dxa"/>
            </w:tcMar>
            <w:vAlign w:val="center"/>
          </w:tcPr>
          <w:p w14:paraId="44AA248D" w14:textId="77777777" w:rsidR="003372BD" w:rsidRDefault="00000000">
            <w:pPr>
              <w:spacing w:after="0" w:line="240" w:lineRule="auto"/>
              <w:jc w:val="center"/>
              <w:rPr>
                <w:rFonts w:hint="eastAsia"/>
              </w:rPr>
            </w:pPr>
            <w:r>
              <w:rPr>
                <w:i/>
                <w:color w:val="9A9A9A"/>
                <w:sz w:val="15"/>
              </w:rPr>
              <w:t>reutilizabil / unică folosință</w:t>
            </w:r>
          </w:p>
        </w:tc>
        <w:tc>
          <w:tcPr>
            <w:tcW w:w="1417" w:type="dxa"/>
            <w:tcMar>
              <w:top w:w="95" w:type="dxa"/>
              <w:left w:w="70" w:type="dxa"/>
              <w:bottom w:w="95" w:type="dxa"/>
              <w:right w:w="70" w:type="dxa"/>
            </w:tcMar>
            <w:vAlign w:val="center"/>
          </w:tcPr>
          <w:p w14:paraId="4E49173A" w14:textId="77777777" w:rsidR="003372BD" w:rsidRDefault="00000000">
            <w:pPr>
              <w:spacing w:after="0" w:line="240" w:lineRule="auto"/>
              <w:jc w:val="center"/>
              <w:rPr>
                <w:rFonts w:hint="eastAsia"/>
              </w:rPr>
            </w:pPr>
            <w:r>
              <w:rPr>
                <w:sz w:val="17"/>
              </w:rPr>
              <w:t xml:space="preserve"> </w:t>
            </w:r>
          </w:p>
        </w:tc>
        <w:tc>
          <w:tcPr>
            <w:tcW w:w="1757" w:type="dxa"/>
            <w:tcMar>
              <w:top w:w="95" w:type="dxa"/>
              <w:left w:w="70" w:type="dxa"/>
              <w:bottom w:w="95" w:type="dxa"/>
              <w:right w:w="70" w:type="dxa"/>
            </w:tcMar>
            <w:vAlign w:val="center"/>
          </w:tcPr>
          <w:p w14:paraId="650CFC63" w14:textId="77777777" w:rsidR="003372BD" w:rsidRDefault="00000000">
            <w:pPr>
              <w:spacing w:after="0" w:line="240" w:lineRule="auto"/>
              <w:jc w:val="center"/>
              <w:rPr>
                <w:rFonts w:hint="eastAsia"/>
              </w:rPr>
            </w:pPr>
            <w:r>
              <w:rPr>
                <w:sz w:val="17"/>
              </w:rPr>
              <w:t xml:space="preserve"> </w:t>
            </w:r>
          </w:p>
        </w:tc>
        <w:tc>
          <w:tcPr>
            <w:tcW w:w="2268" w:type="dxa"/>
            <w:tcMar>
              <w:top w:w="95" w:type="dxa"/>
              <w:left w:w="70" w:type="dxa"/>
              <w:bottom w:w="95" w:type="dxa"/>
              <w:right w:w="70" w:type="dxa"/>
            </w:tcMar>
            <w:vAlign w:val="center"/>
          </w:tcPr>
          <w:p w14:paraId="3E3B4685" w14:textId="77777777" w:rsidR="003372BD" w:rsidRDefault="00000000">
            <w:pPr>
              <w:spacing w:after="0" w:line="240" w:lineRule="auto"/>
              <w:jc w:val="center"/>
              <w:rPr>
                <w:rFonts w:hint="eastAsia"/>
              </w:rPr>
            </w:pPr>
            <w:r>
              <w:rPr>
                <w:sz w:val="17"/>
              </w:rPr>
              <w:t xml:space="preserve"> </w:t>
            </w:r>
          </w:p>
        </w:tc>
        <w:tc>
          <w:tcPr>
            <w:tcW w:w="1814" w:type="dxa"/>
            <w:tcMar>
              <w:top w:w="95" w:type="dxa"/>
              <w:left w:w="70" w:type="dxa"/>
              <w:bottom w:w="95" w:type="dxa"/>
              <w:right w:w="70" w:type="dxa"/>
            </w:tcMar>
            <w:vAlign w:val="center"/>
          </w:tcPr>
          <w:p w14:paraId="030D2D05" w14:textId="77777777" w:rsidR="003372BD" w:rsidRDefault="00000000">
            <w:pPr>
              <w:spacing w:after="0" w:line="240" w:lineRule="auto"/>
              <w:jc w:val="center"/>
              <w:rPr>
                <w:rFonts w:hint="eastAsia"/>
              </w:rPr>
            </w:pPr>
            <w:r>
              <w:rPr>
                <w:sz w:val="17"/>
              </w:rPr>
              <w:t xml:space="preserve"> </w:t>
            </w:r>
          </w:p>
        </w:tc>
      </w:tr>
    </w:tbl>
    <w:p w14:paraId="1E7923A0" w14:textId="77777777" w:rsidR="003372BD" w:rsidRDefault="00000000">
      <w:pPr>
        <w:spacing w:before="100" w:after="40" w:line="240" w:lineRule="auto"/>
        <w:rPr>
          <w:rFonts w:hint="eastAsia"/>
        </w:rPr>
      </w:pPr>
      <w:r>
        <w:rPr>
          <w:b/>
          <w:color w:val="2F6B4F"/>
          <w:sz w:val="18"/>
        </w:rPr>
        <w:t>Observații de completare:</w:t>
      </w:r>
    </w:p>
    <w:p w14:paraId="285868A6" w14:textId="77777777" w:rsidR="003372BD" w:rsidRDefault="00000000">
      <w:pPr>
        <w:spacing w:after="20" w:line="240" w:lineRule="auto"/>
        <w:ind w:left="227" w:hanging="142"/>
        <w:rPr>
          <w:rFonts w:hint="eastAsia"/>
        </w:rPr>
      </w:pPr>
      <w:r>
        <w:rPr>
          <w:color w:val="2F6B4F"/>
          <w:sz w:val="18"/>
        </w:rPr>
        <w:t xml:space="preserve">• </w:t>
      </w:r>
      <w:r>
        <w:rPr>
          <w:color w:val="23312B"/>
          <w:sz w:val="17"/>
        </w:rPr>
        <w:t>„Greutate / unitate” reprezintă greutatea fiecărui ambalaj SD individual, exprimată în kilograme.</w:t>
      </w:r>
    </w:p>
    <w:p w14:paraId="62B372A2" w14:textId="77777777" w:rsidR="003372BD" w:rsidRDefault="00000000">
      <w:pPr>
        <w:spacing w:after="20" w:line="240" w:lineRule="auto"/>
        <w:ind w:left="227" w:hanging="142"/>
        <w:rPr>
          <w:rFonts w:hint="eastAsia"/>
        </w:rPr>
      </w:pPr>
      <w:r>
        <w:rPr>
          <w:color w:val="2F6B4F"/>
          <w:sz w:val="18"/>
        </w:rPr>
        <w:t xml:space="preserve">• </w:t>
      </w:r>
      <w:r>
        <w:rPr>
          <w:color w:val="23312B"/>
          <w:sz w:val="17"/>
        </w:rPr>
        <w:t>„Greutate totală” poate fi calculată ca: greutate / unitate × numărul de unități; coloana este inclusă pentru verificarea și agregarea datelor.</w:t>
      </w:r>
    </w:p>
    <w:p w14:paraId="194191E3" w14:textId="77777777" w:rsidR="003372BD" w:rsidRDefault="00000000">
      <w:pPr>
        <w:spacing w:after="20" w:line="240" w:lineRule="auto"/>
        <w:ind w:left="227" w:hanging="142"/>
        <w:rPr>
          <w:rFonts w:hint="eastAsia"/>
        </w:rPr>
      </w:pPr>
      <w:r>
        <w:rPr>
          <w:color w:val="2F6B4F"/>
          <w:sz w:val="18"/>
        </w:rPr>
        <w:t xml:space="preserve">• </w:t>
      </w:r>
      <w:r>
        <w:rPr>
          <w:color w:val="23312B"/>
          <w:sz w:val="17"/>
        </w:rPr>
        <w:t>Dacă nu au fost plasate pe piață ambalaje SD în anul 2025, indicați explicit „0” în tabel sau în câmpul de observații de mai jos.</w:t>
      </w:r>
    </w:p>
    <w:p w14:paraId="03866D90" w14:textId="77777777" w:rsidR="003372BD" w:rsidRDefault="00000000">
      <w:pPr>
        <w:spacing w:before="60" w:after="0" w:line="240" w:lineRule="auto"/>
        <w:rPr>
          <w:rFonts w:hint="eastAsia"/>
        </w:rPr>
      </w:pPr>
      <w:r>
        <w:rPr>
          <w:b/>
          <w:color w:val="23312B"/>
          <w:sz w:val="17"/>
        </w:rPr>
        <w:t xml:space="preserve">Observații / explicații suplimentare: </w:t>
      </w:r>
      <w:r>
        <w:rPr>
          <w:color w:val="666666"/>
          <w:sz w:val="16"/>
        </w:rPr>
        <w:t>______________________________________________________________________________________________</w:t>
      </w:r>
    </w:p>
    <w:p w14:paraId="5725D459" w14:textId="77777777" w:rsidR="003372BD" w:rsidRDefault="00000000">
      <w:pPr>
        <w:spacing w:before="20" w:after="0" w:line="240" w:lineRule="auto"/>
        <w:rPr>
          <w:rFonts w:hint="eastAsia"/>
        </w:rPr>
      </w:pPr>
      <w:r>
        <w:rPr>
          <w:i/>
          <w:color w:val="666666"/>
          <w:sz w:val="16"/>
        </w:rPr>
        <w:t>Pentru poziții suplimentare, se poate anexa o copie a acestui tabel, numerotată în continuare.</w:t>
      </w:r>
    </w:p>
    <w:sectPr w:rsidR="003372BD" w:rsidSect="00034616">
      <w:headerReference w:type="default" r:id="rId11"/>
      <w:footerReference w:type="default" r:id="rId12"/>
      <w:pgSz w:w="15840" w:h="12240" w:orient="landscape"/>
      <w:pgMar w:top="794" w:right="680" w:bottom="794"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892F8" w14:textId="77777777" w:rsidR="0045775A" w:rsidRDefault="0045775A">
      <w:pPr>
        <w:spacing w:after="0" w:line="240" w:lineRule="auto"/>
        <w:rPr>
          <w:rFonts w:hint="eastAsia"/>
        </w:rPr>
      </w:pPr>
      <w:r>
        <w:separator/>
      </w:r>
    </w:p>
  </w:endnote>
  <w:endnote w:type="continuationSeparator" w:id="0">
    <w:p w14:paraId="0B9F87EE" w14:textId="77777777" w:rsidR="0045775A" w:rsidRDefault="0045775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1908" w14:textId="77777777" w:rsidR="003372BD" w:rsidRDefault="00000000">
    <w:pPr>
      <w:pStyle w:val="Footer"/>
      <w:jc w:val="center"/>
      <w:rPr>
        <w:rFonts w:hint="eastAsia"/>
      </w:rPr>
    </w:pPr>
    <w:r>
      <w:rPr>
        <w:color w:val="666666"/>
        <w:sz w:val="16"/>
      </w:rPr>
      <w:t xml:space="preserve">Formular </w:t>
    </w:r>
    <w:proofErr w:type="spellStart"/>
    <w:r>
      <w:rPr>
        <w:color w:val="666666"/>
        <w:sz w:val="16"/>
      </w:rPr>
      <w:t>elaborat</w:t>
    </w:r>
    <w:proofErr w:type="spellEnd"/>
    <w:r>
      <w:rPr>
        <w:color w:val="666666"/>
        <w:sz w:val="16"/>
      </w:rPr>
      <w:t xml:space="preserve"> </w:t>
    </w:r>
    <w:proofErr w:type="spellStart"/>
    <w:r>
      <w:rPr>
        <w:color w:val="666666"/>
        <w:sz w:val="16"/>
      </w:rPr>
      <w:t>în</w:t>
    </w:r>
    <w:proofErr w:type="spellEnd"/>
    <w:r>
      <w:rPr>
        <w:color w:val="666666"/>
        <w:sz w:val="16"/>
      </w:rPr>
      <w:t xml:space="preserve"> </w:t>
    </w:r>
    <w:proofErr w:type="spellStart"/>
    <w:r>
      <w:rPr>
        <w:color w:val="666666"/>
        <w:sz w:val="16"/>
      </w:rPr>
      <w:t>baza</w:t>
    </w:r>
    <w:proofErr w:type="spellEnd"/>
    <w:r>
      <w:rPr>
        <w:color w:val="666666"/>
        <w:sz w:val="16"/>
      </w:rPr>
      <w:t xml:space="preserve"> HG nr. 379/2025 – </w:t>
    </w:r>
    <w:proofErr w:type="spellStart"/>
    <w:r>
      <w:rPr>
        <w:color w:val="666666"/>
        <w:sz w:val="16"/>
      </w:rPr>
      <w:t>Regulamentul</w:t>
    </w:r>
    <w:proofErr w:type="spellEnd"/>
    <w:r>
      <w:rPr>
        <w:color w:val="666666"/>
        <w:sz w:val="16"/>
      </w:rPr>
      <w:t xml:space="preserve"> </w:t>
    </w:r>
    <w:proofErr w:type="spellStart"/>
    <w:r>
      <w:rPr>
        <w:color w:val="666666"/>
        <w:sz w:val="16"/>
      </w:rPr>
      <w:t>privind</w:t>
    </w:r>
    <w:proofErr w:type="spellEnd"/>
    <w:r>
      <w:rPr>
        <w:color w:val="666666"/>
        <w:sz w:val="16"/>
      </w:rPr>
      <w:t xml:space="preserve"> </w:t>
    </w:r>
    <w:proofErr w:type="spellStart"/>
    <w:r>
      <w:rPr>
        <w:color w:val="666666"/>
        <w:sz w:val="16"/>
      </w:rPr>
      <w:t>implementarea</w:t>
    </w:r>
    <w:proofErr w:type="spellEnd"/>
    <w:r>
      <w:rPr>
        <w:color w:val="666666"/>
        <w:sz w:val="16"/>
      </w:rPr>
      <w:t xml:space="preserve"> 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FF48" w14:textId="77777777" w:rsidR="003372BD" w:rsidRDefault="00000000">
    <w:pPr>
      <w:pStyle w:val="Footer"/>
      <w:jc w:val="center"/>
      <w:rPr>
        <w:rFonts w:hint="eastAsia"/>
      </w:rPr>
    </w:pPr>
    <w:r>
      <w:rPr>
        <w:color w:val="666666"/>
        <w:sz w:val="16"/>
      </w:rPr>
      <w:t xml:space="preserve">Formular </w:t>
    </w:r>
    <w:proofErr w:type="spellStart"/>
    <w:r>
      <w:rPr>
        <w:color w:val="666666"/>
        <w:sz w:val="16"/>
      </w:rPr>
      <w:t>elaborat</w:t>
    </w:r>
    <w:proofErr w:type="spellEnd"/>
    <w:r>
      <w:rPr>
        <w:color w:val="666666"/>
        <w:sz w:val="16"/>
      </w:rPr>
      <w:t xml:space="preserve"> </w:t>
    </w:r>
    <w:proofErr w:type="spellStart"/>
    <w:r>
      <w:rPr>
        <w:color w:val="666666"/>
        <w:sz w:val="16"/>
      </w:rPr>
      <w:t>în</w:t>
    </w:r>
    <w:proofErr w:type="spellEnd"/>
    <w:r>
      <w:rPr>
        <w:color w:val="666666"/>
        <w:sz w:val="16"/>
      </w:rPr>
      <w:t xml:space="preserve"> </w:t>
    </w:r>
    <w:proofErr w:type="spellStart"/>
    <w:r>
      <w:rPr>
        <w:color w:val="666666"/>
        <w:sz w:val="16"/>
      </w:rPr>
      <w:t>baza</w:t>
    </w:r>
    <w:proofErr w:type="spellEnd"/>
    <w:r>
      <w:rPr>
        <w:color w:val="666666"/>
        <w:sz w:val="16"/>
      </w:rPr>
      <w:t xml:space="preserve"> HG nr. 379/2025 – </w:t>
    </w:r>
    <w:proofErr w:type="spellStart"/>
    <w:r>
      <w:rPr>
        <w:color w:val="666666"/>
        <w:sz w:val="16"/>
      </w:rPr>
      <w:t>Regulamentul</w:t>
    </w:r>
    <w:proofErr w:type="spellEnd"/>
    <w:r>
      <w:rPr>
        <w:color w:val="666666"/>
        <w:sz w:val="16"/>
      </w:rPr>
      <w:t xml:space="preserve"> </w:t>
    </w:r>
    <w:proofErr w:type="spellStart"/>
    <w:r>
      <w:rPr>
        <w:color w:val="666666"/>
        <w:sz w:val="16"/>
      </w:rPr>
      <w:t>privind</w:t>
    </w:r>
    <w:proofErr w:type="spellEnd"/>
    <w:r>
      <w:rPr>
        <w:color w:val="666666"/>
        <w:sz w:val="16"/>
      </w:rPr>
      <w:t xml:space="preserve"> </w:t>
    </w:r>
    <w:proofErr w:type="spellStart"/>
    <w:r>
      <w:rPr>
        <w:color w:val="666666"/>
        <w:sz w:val="16"/>
      </w:rPr>
      <w:t>implementarea</w:t>
    </w:r>
    <w:proofErr w:type="spellEnd"/>
    <w:r>
      <w:rPr>
        <w:color w:val="666666"/>
        <w:sz w:val="16"/>
      </w:rPr>
      <w:t xml:space="preserve"> 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253E3" w14:textId="77777777" w:rsidR="0045775A" w:rsidRDefault="0045775A">
      <w:pPr>
        <w:spacing w:after="0" w:line="240" w:lineRule="auto"/>
        <w:rPr>
          <w:rFonts w:hint="eastAsia"/>
        </w:rPr>
      </w:pPr>
      <w:r>
        <w:separator/>
      </w:r>
    </w:p>
  </w:footnote>
  <w:footnote w:type="continuationSeparator" w:id="0">
    <w:p w14:paraId="230813F9" w14:textId="77777777" w:rsidR="0045775A" w:rsidRDefault="0045775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D4E1" w14:textId="77777777" w:rsidR="003372BD" w:rsidRDefault="00000000">
    <w:pPr>
      <w:pStyle w:val="Header"/>
      <w:jc w:val="right"/>
      <w:rPr>
        <w:rFonts w:hint="eastAsia"/>
      </w:rPr>
    </w:pPr>
    <w:r>
      <w:rPr>
        <w:b/>
        <w:color w:val="2F6B4F"/>
        <w:sz w:val="17"/>
      </w:rPr>
      <w:t xml:space="preserve">ECO-RET </w:t>
    </w:r>
    <w:proofErr w:type="gramStart"/>
    <w:r>
      <w:rPr>
        <w:b/>
        <w:color w:val="2F6B4F"/>
        <w:sz w:val="17"/>
      </w:rPr>
      <w:t>MOLDOVA  |</w:t>
    </w:r>
    <w:proofErr w:type="gramEnd"/>
    <w:r>
      <w:rPr>
        <w:b/>
        <w:color w:val="2F6B4F"/>
        <w:sz w:val="17"/>
      </w:rPr>
      <w:t xml:space="preserve">  </w:t>
    </w:r>
    <w:proofErr w:type="spellStart"/>
    <w:r>
      <w:rPr>
        <w:b/>
        <w:color w:val="2F6B4F"/>
        <w:sz w:val="17"/>
      </w:rPr>
      <w:t>Sistemul</w:t>
    </w:r>
    <w:proofErr w:type="spellEnd"/>
    <w:r>
      <w:rPr>
        <w:b/>
        <w:color w:val="2F6B4F"/>
        <w:sz w:val="17"/>
      </w:rPr>
      <w:t xml:space="preserve"> de </w:t>
    </w:r>
    <w:proofErr w:type="spellStart"/>
    <w:r>
      <w:rPr>
        <w:b/>
        <w:color w:val="2F6B4F"/>
        <w:sz w:val="17"/>
      </w:rPr>
      <w:t>depozit</w:t>
    </w:r>
    <w:proofErr w:type="spellEnd"/>
    <w:r>
      <w:rPr>
        <w:b/>
        <w:color w:val="2F6B4F"/>
        <w:sz w:val="17"/>
      </w:rPr>
      <w:t xml:space="preserve"> </w:t>
    </w:r>
    <w:proofErr w:type="spellStart"/>
    <w:r>
      <w:rPr>
        <w:b/>
        <w:color w:val="2F6B4F"/>
        <w:sz w:val="17"/>
      </w:rPr>
      <w:t>pentru</w:t>
    </w:r>
    <w:proofErr w:type="spellEnd"/>
    <w:r>
      <w:rPr>
        <w:b/>
        <w:color w:val="2F6B4F"/>
        <w:sz w:val="17"/>
      </w:rPr>
      <w:t xml:space="preserve"> </w:t>
    </w:r>
    <w:proofErr w:type="spellStart"/>
    <w:r>
      <w:rPr>
        <w:b/>
        <w:color w:val="2F6B4F"/>
        <w:sz w:val="17"/>
      </w:rPr>
      <w:t>ambalaje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2C9A" w14:textId="77777777" w:rsidR="003372BD" w:rsidRDefault="00000000">
    <w:pPr>
      <w:pStyle w:val="Header"/>
      <w:jc w:val="right"/>
      <w:rPr>
        <w:rFonts w:hint="eastAsia"/>
      </w:rPr>
    </w:pPr>
    <w:r>
      <w:rPr>
        <w:b/>
        <w:color w:val="2F6B4F"/>
        <w:sz w:val="17"/>
      </w:rPr>
      <w:t xml:space="preserve">ECO-RET </w:t>
    </w:r>
    <w:proofErr w:type="gramStart"/>
    <w:r>
      <w:rPr>
        <w:b/>
        <w:color w:val="2F6B4F"/>
        <w:sz w:val="17"/>
      </w:rPr>
      <w:t>MOLDOVA  |</w:t>
    </w:r>
    <w:proofErr w:type="gramEnd"/>
    <w:r>
      <w:rPr>
        <w:b/>
        <w:color w:val="2F6B4F"/>
        <w:sz w:val="17"/>
      </w:rPr>
      <w:t xml:space="preserve">  </w:t>
    </w:r>
    <w:proofErr w:type="spellStart"/>
    <w:r>
      <w:rPr>
        <w:b/>
        <w:color w:val="2F6B4F"/>
        <w:sz w:val="17"/>
      </w:rPr>
      <w:t>Sistemul</w:t>
    </w:r>
    <w:proofErr w:type="spellEnd"/>
    <w:r>
      <w:rPr>
        <w:b/>
        <w:color w:val="2F6B4F"/>
        <w:sz w:val="17"/>
      </w:rPr>
      <w:t xml:space="preserve"> de </w:t>
    </w:r>
    <w:proofErr w:type="spellStart"/>
    <w:r>
      <w:rPr>
        <w:b/>
        <w:color w:val="2F6B4F"/>
        <w:sz w:val="17"/>
      </w:rPr>
      <w:t>depozit</w:t>
    </w:r>
    <w:proofErr w:type="spellEnd"/>
    <w:r>
      <w:rPr>
        <w:b/>
        <w:color w:val="2F6B4F"/>
        <w:sz w:val="17"/>
      </w:rPr>
      <w:t xml:space="preserve"> </w:t>
    </w:r>
    <w:proofErr w:type="spellStart"/>
    <w:r>
      <w:rPr>
        <w:b/>
        <w:color w:val="2F6B4F"/>
        <w:sz w:val="17"/>
      </w:rPr>
      <w:t>pentru</w:t>
    </w:r>
    <w:proofErr w:type="spellEnd"/>
    <w:r>
      <w:rPr>
        <w:b/>
        <w:color w:val="2F6B4F"/>
        <w:sz w:val="17"/>
      </w:rPr>
      <w:t xml:space="preserve"> </w:t>
    </w:r>
    <w:proofErr w:type="spellStart"/>
    <w:r>
      <w:rPr>
        <w:b/>
        <w:color w:val="2F6B4F"/>
        <w:sz w:val="17"/>
      </w:rPr>
      <w:t>ambalaje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3840715">
    <w:abstractNumId w:val="8"/>
  </w:num>
  <w:num w:numId="2" w16cid:durableId="2117283204">
    <w:abstractNumId w:val="6"/>
  </w:num>
  <w:num w:numId="3" w16cid:durableId="1108038834">
    <w:abstractNumId w:val="5"/>
  </w:num>
  <w:num w:numId="4" w16cid:durableId="1029916147">
    <w:abstractNumId w:val="4"/>
  </w:num>
  <w:num w:numId="5" w16cid:durableId="1249080095">
    <w:abstractNumId w:val="7"/>
  </w:num>
  <w:num w:numId="6" w16cid:durableId="1920283018">
    <w:abstractNumId w:val="3"/>
  </w:num>
  <w:num w:numId="7" w16cid:durableId="932937671">
    <w:abstractNumId w:val="2"/>
  </w:num>
  <w:num w:numId="8" w16cid:durableId="54739460">
    <w:abstractNumId w:val="1"/>
  </w:num>
  <w:num w:numId="9" w16cid:durableId="88968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372BD"/>
    <w:rsid w:val="0045775A"/>
    <w:rsid w:val="004E515C"/>
    <w:rsid w:val="00946334"/>
    <w:rsid w:val="00A040B7"/>
    <w:rsid w:val="00AA1D8D"/>
    <w:rsid w:val="00B47730"/>
    <w:rsid w:val="00CB0664"/>
    <w:rsid w:val="00CD34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A64A52"/>
  <w14:defaultImageDpi w14:val="300"/>
  <w15:docId w15:val="{62C57698-9B2C-46C9-BE94-A2601650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6B4F"/>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3312B"/>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F6B4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 Birsa</cp:lastModifiedBy>
  <cp:revision>2</cp:revision>
  <dcterms:created xsi:type="dcterms:W3CDTF">2026-08-19T17:49:00Z</dcterms:created>
  <dcterms:modified xsi:type="dcterms:W3CDTF">2026-08-19T17:49:00Z</dcterms:modified>
  <cp:category/>
</cp:coreProperties>
</file>